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10658" w14:textId="77777777" w:rsidR="00C236FD" w:rsidRDefault="00000000">
      <w:pPr>
        <w:spacing w:after="20"/>
        <w:jc w:val="center"/>
      </w:pPr>
      <w:r>
        <w:rPr>
          <w:b/>
          <w:color w:val="1F4E79"/>
          <w:sz w:val="28"/>
        </w:rPr>
        <w:t>COMUNE DI CAMPORA</w:t>
      </w:r>
    </w:p>
    <w:p w14:paraId="3CED31AA" w14:textId="77777777" w:rsidR="00C236FD" w:rsidRDefault="00000000">
      <w:pPr>
        <w:spacing w:after="0"/>
        <w:jc w:val="center"/>
      </w:pPr>
      <w:r>
        <w:rPr>
          <w:color w:val="595959"/>
          <w:sz w:val="20"/>
        </w:rPr>
        <w:t>Provincia di Salerno</w:t>
      </w:r>
    </w:p>
    <w:p w14:paraId="72971C79" w14:textId="77777777" w:rsidR="00C236FD" w:rsidRDefault="00000000">
      <w:pPr>
        <w:spacing w:after="120"/>
        <w:jc w:val="center"/>
      </w:pPr>
      <w:r>
        <w:rPr>
          <w:color w:val="595959"/>
          <w:sz w:val="17"/>
        </w:rPr>
        <w:t>Piazza Umberto I, n. 13 – PEC: protocollo.campora@asmepec.it</w:t>
      </w:r>
    </w:p>
    <w:tbl>
      <w:tblPr>
        <w:tblW w:w="0" w:type="auto"/>
        <w:jc w:val="center"/>
        <w:tblLook w:val="04A0" w:firstRow="1" w:lastRow="0" w:firstColumn="1" w:lastColumn="0" w:noHBand="0" w:noVBand="1"/>
      </w:tblPr>
      <w:tblGrid>
        <w:gridCol w:w="10200"/>
      </w:tblGrid>
      <w:tr w:rsidR="00C236FD" w14:paraId="7F945A16"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D9EAF7"/>
            <w:tcMar>
              <w:top w:w="70" w:type="dxa"/>
              <w:left w:w="150" w:type="dxa"/>
              <w:bottom w:w="70" w:type="dxa"/>
              <w:right w:w="150" w:type="dxa"/>
            </w:tcMar>
          </w:tcPr>
          <w:p w14:paraId="2A2C465E" w14:textId="77777777" w:rsidR="00C236FD" w:rsidRDefault="00000000">
            <w:pPr>
              <w:jc w:val="center"/>
            </w:pPr>
            <w:r>
              <w:rPr>
                <w:b/>
                <w:color w:val="1F4E79"/>
                <w:sz w:val="22"/>
              </w:rPr>
              <w:t>ALLEGATO B</w:t>
            </w:r>
          </w:p>
        </w:tc>
      </w:tr>
    </w:tbl>
    <w:p w14:paraId="79510B4E" w14:textId="77777777" w:rsidR="00C236FD" w:rsidRDefault="00C236FD"/>
    <w:p w14:paraId="352B9F5B" w14:textId="77777777" w:rsidR="00C236FD" w:rsidRDefault="00000000">
      <w:pPr>
        <w:spacing w:after="0"/>
        <w:jc w:val="center"/>
      </w:pPr>
      <w:r>
        <w:rPr>
          <w:b/>
          <w:color w:val="1F4E79"/>
          <w:sz w:val="28"/>
        </w:rPr>
        <w:t>ISTANZA DI PARTECIPAZIONE</w:t>
      </w:r>
    </w:p>
    <w:p w14:paraId="658D2ED0" w14:textId="77777777" w:rsidR="00C236FD" w:rsidRDefault="00000000">
      <w:pPr>
        <w:spacing w:after="100"/>
        <w:jc w:val="center"/>
      </w:pPr>
      <w:r>
        <w:rPr>
          <w:b/>
          <w:color w:val="1F4E79"/>
          <w:sz w:val="25"/>
        </w:rPr>
        <w:t>E DICHIARAZIONI SOSTITUTIVE</w:t>
      </w:r>
    </w:p>
    <w:tbl>
      <w:tblPr>
        <w:tblW w:w="0" w:type="auto"/>
        <w:jc w:val="center"/>
        <w:tblLook w:val="04A0" w:firstRow="1" w:lastRow="0" w:firstColumn="1" w:lastColumn="0" w:noHBand="0" w:noVBand="1"/>
      </w:tblPr>
      <w:tblGrid>
        <w:gridCol w:w="10200"/>
      </w:tblGrid>
      <w:tr w:rsidR="00C236FD" w14:paraId="4DCC3763" w14:textId="77777777">
        <w:trPr>
          <w:jc w:val="center"/>
        </w:trPr>
        <w:tc>
          <w:tcPr>
            <w:tcW w:w="10200" w:type="dxa"/>
            <w:tcBorders>
              <w:top w:val="single" w:sz="10" w:space="0" w:color="1F4E79"/>
              <w:left w:val="single" w:sz="10" w:space="0" w:color="1F4E79"/>
              <w:bottom w:val="single" w:sz="10" w:space="0" w:color="1F4E79"/>
              <w:right w:val="single" w:sz="10" w:space="0" w:color="1F4E79"/>
            </w:tcBorders>
            <w:shd w:val="clear" w:color="auto" w:fill="EAF1F8"/>
            <w:tcMar>
              <w:top w:w="120" w:type="dxa"/>
              <w:left w:w="140" w:type="dxa"/>
              <w:bottom w:w="120" w:type="dxa"/>
              <w:right w:w="140" w:type="dxa"/>
            </w:tcMar>
          </w:tcPr>
          <w:p w14:paraId="7449C9B6" w14:textId="77777777" w:rsidR="00C236FD" w:rsidRDefault="00000000">
            <w:pPr>
              <w:spacing w:after="0"/>
            </w:pPr>
            <w:r>
              <w:rPr>
                <w:sz w:val="18"/>
              </w:rPr>
              <w:t>PROCEDURA PUBBLICA PER L’INDIVIDUAZIONE DI UNO O PIÙ ENTI DEL TERZO SETTORE CON CUI ATTIVARE UN PERCORSO DI CO-PROGETTAZIONE AI SENSI DELL’ART. 55 DEL D.LGS. N. 117/2017</w:t>
            </w:r>
          </w:p>
        </w:tc>
      </w:tr>
    </w:tbl>
    <w:p w14:paraId="2E75BCF0" w14:textId="77777777" w:rsidR="00C236FD" w:rsidRDefault="00C236FD">
      <w:pPr>
        <w:spacing w:after="20"/>
      </w:pPr>
    </w:p>
    <w:p w14:paraId="75DE1335" w14:textId="77777777" w:rsidR="00C236FD" w:rsidRDefault="00000000">
      <w:pPr>
        <w:spacing w:after="100"/>
        <w:jc w:val="center"/>
      </w:pPr>
      <w:r>
        <w:rPr>
          <w:b/>
          <w:color w:val="404040"/>
        </w:rPr>
        <w:t>Finalizzata alla predisposizione e, in caso di finanziamento, alla successiva realizzazione di un nuovo progetto del Sistema di Accoglienza e Integrazione – SAI, categoria “Accoglienza di carattere ordinario” – D.M. 18 novembre 2019 – Programma Nazionale FAMI 2021-2027</w:t>
      </w:r>
    </w:p>
    <w:p w14:paraId="11FE7DF7" w14:textId="77777777" w:rsidR="00C236FD" w:rsidRDefault="00C236FD">
      <w:pPr>
        <w:spacing w:after="20"/>
      </w:pPr>
    </w:p>
    <w:p w14:paraId="6B331677" w14:textId="77777777" w:rsidR="00C236FD" w:rsidRDefault="00000000">
      <w:pPr>
        <w:jc w:val="right"/>
      </w:pPr>
      <w:r>
        <w:rPr>
          <w:b/>
          <w:sz w:val="18"/>
        </w:rPr>
        <w:t>AL COMUNE DI CAMPORA</w:t>
      </w:r>
      <w:r>
        <w:rPr>
          <w:b/>
          <w:sz w:val="18"/>
        </w:rPr>
        <w:br/>
        <w:t>Provincia di Salerno</w:t>
      </w:r>
      <w:r>
        <w:rPr>
          <w:b/>
          <w:sz w:val="18"/>
        </w:rPr>
        <w:br/>
        <w:t>Piazza Umberto I, n. 13</w:t>
      </w:r>
      <w:r>
        <w:rPr>
          <w:b/>
          <w:sz w:val="18"/>
        </w:rPr>
        <w:br/>
        <w:t>PEC: protocollo.campora@asmepec.it</w:t>
      </w:r>
    </w:p>
    <w:tbl>
      <w:tblPr>
        <w:tblW w:w="0" w:type="auto"/>
        <w:jc w:val="center"/>
        <w:tblLook w:val="04A0" w:firstRow="1" w:lastRow="0" w:firstColumn="1" w:lastColumn="0" w:noHBand="0" w:noVBand="1"/>
      </w:tblPr>
      <w:tblGrid>
        <w:gridCol w:w="10200"/>
      </w:tblGrid>
      <w:tr w:rsidR="00C236FD" w14:paraId="508931B3"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21F1B3BE" w14:textId="77777777" w:rsidR="00C236FD" w:rsidRDefault="00000000">
            <w:pPr>
              <w:pStyle w:val="SectionBox"/>
            </w:pPr>
            <w:r>
              <w:rPr>
                <w:sz w:val="18"/>
              </w:rPr>
              <w:t>ISTANZA DI PARTECIPAZIONE</w:t>
            </w:r>
          </w:p>
        </w:tc>
      </w:tr>
    </w:tbl>
    <w:p w14:paraId="3A448A47" w14:textId="77777777" w:rsidR="00C236FD" w:rsidRDefault="00C236FD">
      <w:pPr>
        <w:spacing w:after="0"/>
      </w:pPr>
    </w:p>
    <w:tbl>
      <w:tblPr>
        <w:tblW w:w="0" w:type="auto"/>
        <w:jc w:val="center"/>
        <w:tblLayout w:type="fixed"/>
        <w:tblLook w:val="04A0" w:firstRow="1" w:lastRow="0" w:firstColumn="1" w:lastColumn="0" w:noHBand="0" w:noVBand="1"/>
      </w:tblPr>
      <w:tblGrid>
        <w:gridCol w:w="2835"/>
        <w:gridCol w:w="6236"/>
      </w:tblGrid>
      <w:tr w:rsidR="00C236FD" w14:paraId="24FBA958"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72798EFF" w14:textId="77777777" w:rsidR="00C236FD" w:rsidRDefault="00000000">
            <w:r>
              <w:rPr>
                <w:b/>
                <w:sz w:val="17"/>
              </w:rPr>
              <w:t>Cognome e nome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3C6FB83C" w14:textId="77777777" w:rsidR="00C236FD" w:rsidRDefault="00000000">
            <w:r>
              <w:rPr>
                <w:sz w:val="18"/>
              </w:rPr>
              <w:t>________________________________________________________________________________</w:t>
            </w:r>
          </w:p>
        </w:tc>
      </w:tr>
      <w:tr w:rsidR="00C236FD" w14:paraId="029DB0C1"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659C5CC0" w14:textId="77777777" w:rsidR="00C236FD" w:rsidRDefault="00000000">
            <w:r>
              <w:rPr>
                <w:b/>
                <w:sz w:val="17"/>
              </w:rPr>
              <w:t>Luogo e data di nascita</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3A9F0C0A" w14:textId="77777777" w:rsidR="00C236FD" w:rsidRDefault="00000000">
            <w:r>
              <w:rPr>
                <w:sz w:val="18"/>
              </w:rPr>
              <w:t>_________________________________________________  Prov. ______  il _______________</w:t>
            </w:r>
          </w:p>
        </w:tc>
      </w:tr>
      <w:tr w:rsidR="00C236FD" w14:paraId="07FBA945"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76929CC6" w14:textId="77777777" w:rsidR="00C236FD" w:rsidRDefault="00000000">
            <w:r>
              <w:rPr>
                <w:b/>
                <w:sz w:val="17"/>
              </w:rPr>
              <w:t>Codice fiscale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71954EC4" w14:textId="77777777" w:rsidR="00C236FD" w:rsidRDefault="00000000">
            <w:r>
              <w:rPr>
                <w:sz w:val="18"/>
              </w:rPr>
              <w:t>________________________________________________________________________________</w:t>
            </w:r>
          </w:p>
        </w:tc>
      </w:tr>
      <w:tr w:rsidR="00C236FD" w14:paraId="6084AFAC"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5C997D7A" w14:textId="77777777" w:rsidR="00C236FD" w:rsidRDefault="00000000">
            <w:r>
              <w:rPr>
                <w:b/>
                <w:sz w:val="17"/>
              </w:rPr>
              <w:t>Residenza</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076FA11E" w14:textId="77777777" w:rsidR="00C236FD" w:rsidRDefault="00000000">
            <w:r>
              <w:rPr>
                <w:sz w:val="18"/>
              </w:rPr>
              <w:t>Comune __________________________________________ Prov. ______ CAP ______________</w:t>
            </w:r>
          </w:p>
        </w:tc>
      </w:tr>
      <w:tr w:rsidR="00C236FD" w14:paraId="7B18E948"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5D544707" w14:textId="77777777" w:rsidR="00C236FD" w:rsidRDefault="00000000">
            <w:r>
              <w:rPr>
                <w:b/>
                <w:sz w:val="17"/>
              </w:rPr>
              <w:t>Indirizzo</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0535C6D1" w14:textId="77777777" w:rsidR="00C236FD" w:rsidRDefault="00000000">
            <w:r>
              <w:rPr>
                <w:sz w:val="18"/>
              </w:rPr>
              <w:t>Via/Piazza __________________________________________________________ n. __________</w:t>
            </w:r>
          </w:p>
        </w:tc>
      </w:tr>
      <w:tr w:rsidR="00C236FD" w14:paraId="707C091B"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05BA798D" w14:textId="77777777" w:rsidR="00C236FD" w:rsidRDefault="00000000">
            <w:r>
              <w:rPr>
                <w:b/>
                <w:sz w:val="17"/>
              </w:rPr>
              <w:t>Qualità</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5DD5DC94" w14:textId="77777777" w:rsidR="00C236FD" w:rsidRDefault="00000000">
            <w:r>
              <w:rPr>
                <w:sz w:val="18"/>
              </w:rPr>
              <w:t>☐ Presidente   ☐ Legale rappresentante   ☐ Procuratore   ☐ Altro _____________________</w:t>
            </w:r>
          </w:p>
        </w:tc>
      </w:tr>
      <w:tr w:rsidR="00C236FD" w14:paraId="1E3BDFB2"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61764DDD" w14:textId="77777777" w:rsidR="00C236FD" w:rsidRDefault="00000000">
            <w:r>
              <w:rPr>
                <w:b/>
                <w:sz w:val="17"/>
              </w:rPr>
              <w:t>Denominazione ETS</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1295F745" w14:textId="77777777" w:rsidR="00C236FD" w:rsidRDefault="00000000">
            <w:r>
              <w:rPr>
                <w:sz w:val="18"/>
              </w:rPr>
              <w:t>________________________________________________________________________________</w:t>
            </w:r>
          </w:p>
        </w:tc>
      </w:tr>
      <w:tr w:rsidR="00C236FD" w14:paraId="7447063A"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7A016A08" w14:textId="77777777" w:rsidR="00C236FD" w:rsidRDefault="00000000">
            <w:r>
              <w:rPr>
                <w:b/>
                <w:sz w:val="17"/>
              </w:rPr>
              <w:t>Sede legale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234DA1DB" w14:textId="77777777" w:rsidR="00C236FD" w:rsidRDefault="00000000">
            <w:r>
              <w:rPr>
                <w:sz w:val="18"/>
              </w:rPr>
              <w:t>Comune __________________________________________ Prov. ______ CAP ______________</w:t>
            </w:r>
          </w:p>
        </w:tc>
      </w:tr>
      <w:tr w:rsidR="00C236FD" w14:paraId="674998DF"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63C6DDB3" w14:textId="77777777" w:rsidR="00C236FD" w:rsidRDefault="00000000">
            <w:r>
              <w:rPr>
                <w:b/>
                <w:sz w:val="17"/>
              </w:rPr>
              <w:t>Indirizzo sede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5F33F4F7" w14:textId="77777777" w:rsidR="00C236FD" w:rsidRDefault="00000000">
            <w:r>
              <w:rPr>
                <w:sz w:val="18"/>
              </w:rPr>
              <w:t>Via/Piazza __________________________________________________________ n. __________</w:t>
            </w:r>
          </w:p>
        </w:tc>
      </w:tr>
      <w:tr w:rsidR="00C236FD" w14:paraId="6CE24282"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0D7A877E" w14:textId="77777777" w:rsidR="00C236FD" w:rsidRDefault="00000000">
            <w:r>
              <w:rPr>
                <w:b/>
                <w:sz w:val="17"/>
              </w:rPr>
              <w:t>Codice fiscale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30ACB681" w14:textId="77777777" w:rsidR="00C236FD" w:rsidRDefault="00000000">
            <w:r>
              <w:rPr>
                <w:sz w:val="18"/>
              </w:rPr>
              <w:t>________________________________________________________________________________</w:t>
            </w:r>
          </w:p>
        </w:tc>
      </w:tr>
      <w:tr w:rsidR="00C236FD" w14:paraId="2A5C7F48"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3F1E78A7" w14:textId="77777777" w:rsidR="00C236FD" w:rsidRDefault="00000000">
            <w:r>
              <w:rPr>
                <w:b/>
                <w:sz w:val="17"/>
              </w:rPr>
              <w:t>Partita IVA</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0F07693A" w14:textId="77777777" w:rsidR="00C236FD" w:rsidRDefault="00000000">
            <w:r>
              <w:rPr>
                <w:sz w:val="18"/>
              </w:rPr>
              <w:t>________________________________________________________________________________</w:t>
            </w:r>
          </w:p>
        </w:tc>
      </w:tr>
      <w:tr w:rsidR="00C236FD" w14:paraId="1FFE5F8F"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398BC340" w14:textId="77777777" w:rsidR="00C236FD" w:rsidRDefault="00000000">
            <w:r>
              <w:rPr>
                <w:b/>
                <w:sz w:val="17"/>
              </w:rPr>
              <w:t>Telefono</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41CE3CC6" w14:textId="77777777" w:rsidR="00C236FD" w:rsidRDefault="00000000">
            <w:r>
              <w:rPr>
                <w:sz w:val="18"/>
              </w:rPr>
              <w:t>________________________________________________________________________________</w:t>
            </w:r>
          </w:p>
        </w:tc>
      </w:tr>
      <w:tr w:rsidR="00C236FD" w14:paraId="263F61D5"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7CA4AC70" w14:textId="77777777" w:rsidR="00C236FD" w:rsidRDefault="00000000">
            <w:r>
              <w:rPr>
                <w:b/>
                <w:sz w:val="17"/>
              </w:rPr>
              <w:lastRenderedPageBreak/>
              <w:t>PEC</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54784D6E" w14:textId="77777777" w:rsidR="00C236FD" w:rsidRDefault="00000000">
            <w:r>
              <w:rPr>
                <w:sz w:val="18"/>
              </w:rPr>
              <w:t>________________________________________________________________________________</w:t>
            </w:r>
          </w:p>
        </w:tc>
      </w:tr>
      <w:tr w:rsidR="00C236FD" w14:paraId="5FA8811B"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6898FF4B" w14:textId="77777777" w:rsidR="00C236FD" w:rsidRDefault="00000000">
            <w:r>
              <w:rPr>
                <w:b/>
                <w:sz w:val="17"/>
              </w:rPr>
              <w:t>E-mail / sito web</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5086D50F" w14:textId="77777777" w:rsidR="00C236FD" w:rsidRDefault="00000000">
            <w:r>
              <w:rPr>
                <w:sz w:val="18"/>
              </w:rPr>
              <w:t>________________________________________________________________________________</w:t>
            </w:r>
          </w:p>
        </w:tc>
      </w:tr>
    </w:tbl>
    <w:p w14:paraId="5E6DCEC9" w14:textId="77777777" w:rsidR="00C236FD" w:rsidRDefault="00C236FD">
      <w:pPr>
        <w:spacing w:after="20"/>
      </w:pPr>
    </w:p>
    <w:p w14:paraId="35A2D707" w14:textId="77777777" w:rsidR="00C236FD" w:rsidRDefault="00000000">
      <w:pPr>
        <w:spacing w:before="100" w:after="60"/>
        <w:jc w:val="center"/>
      </w:pPr>
      <w:r>
        <w:rPr>
          <w:b/>
          <w:color w:val="1F4E79"/>
          <w:sz w:val="22"/>
        </w:rPr>
        <w:t>CHIEDE</w:t>
      </w:r>
    </w:p>
    <w:p w14:paraId="431FF17F" w14:textId="77777777" w:rsidR="00C236FD" w:rsidRDefault="00000000">
      <w:pPr>
        <w:ind w:left="198" w:hanging="198"/>
      </w:pPr>
      <w:r>
        <w:rPr>
          <w:sz w:val="18"/>
        </w:rPr>
        <w:t>di partecipare alla procedura pubblica indetta dal Comune di Campora per l’individuazione di uno o più Enti del Terzo Settore con cui attivare un percorso di co-progettazione ai sensi dell’art. 55 del D.Lgs. n. 117/2017, finalizzato alla predisposizione della candidatura e, esclusivamente in caso di effettivo finanziamento, alla successiva realizzazione di un nuovo progetto del Sistema di Accoglienza e Integrazione – SAI, categoria “accoglienza di carattere ordinario”, ai sensi del D.M. 18 novembre 2019 e dell’Avviso ministeriale finanziato nell’ambito del Programma Nazionale FAMI 2021-2027.</w:t>
      </w:r>
    </w:p>
    <w:p w14:paraId="3B8079B1" w14:textId="77777777" w:rsidR="00C236FD" w:rsidRDefault="00000000">
      <w:pPr>
        <w:spacing w:before="80"/>
        <w:jc w:val="center"/>
      </w:pPr>
      <w:r>
        <w:rPr>
          <w:b/>
          <w:color w:val="1F4E79"/>
          <w:sz w:val="22"/>
        </w:rPr>
        <w:t>A TAL FINE DICHIARA</w:t>
      </w:r>
    </w:p>
    <w:p w14:paraId="4AC94C00" w14:textId="77777777" w:rsidR="00C236FD" w:rsidRDefault="00000000">
      <w:pPr>
        <w:ind w:left="198" w:hanging="198"/>
      </w:pPr>
      <w:r>
        <w:rPr>
          <w:sz w:val="18"/>
        </w:rPr>
        <w:t>ai sensi e per gli effetti degli artt. 46 e 47 del D.P.R. 28 dicembre 2000, n. 445, consapevole delle responsabilità e delle sanzioni penali previste dall’art. 76 del medesimo D.P.R. in caso di dichiarazioni mendaci, falsità negli atti o uso di atti falsi, nonché della decadenza dai benefici eventualmente conseguenti al provvedimento emanato sulla base di dichiarazioni non veritiere ai sensi dell’art. 75 del medesimo decreto, quanto segue.</w:t>
      </w:r>
    </w:p>
    <w:tbl>
      <w:tblPr>
        <w:tblW w:w="0" w:type="auto"/>
        <w:jc w:val="center"/>
        <w:tblLook w:val="04A0" w:firstRow="1" w:lastRow="0" w:firstColumn="1" w:lastColumn="0" w:noHBand="0" w:noVBand="1"/>
      </w:tblPr>
      <w:tblGrid>
        <w:gridCol w:w="10200"/>
      </w:tblGrid>
      <w:tr w:rsidR="00C236FD" w14:paraId="5E11837A"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27756788" w14:textId="77777777" w:rsidR="00C236FD" w:rsidRDefault="00000000">
            <w:pPr>
              <w:pStyle w:val="SectionBox"/>
            </w:pPr>
            <w:r>
              <w:rPr>
                <w:sz w:val="18"/>
              </w:rPr>
              <w:t>1. FORMA DI PARTECIPAZIONE</w:t>
            </w:r>
          </w:p>
        </w:tc>
      </w:tr>
    </w:tbl>
    <w:p w14:paraId="60EDCC90" w14:textId="77777777" w:rsidR="00C236FD" w:rsidRDefault="00C236FD">
      <w:pPr>
        <w:spacing w:after="0"/>
      </w:pPr>
    </w:p>
    <w:p w14:paraId="1DCDAA13" w14:textId="77777777" w:rsidR="00C236FD" w:rsidRDefault="00000000">
      <w:pPr>
        <w:spacing w:after="20"/>
      </w:pPr>
      <w:r>
        <w:rPr>
          <w:sz w:val="18"/>
        </w:rPr>
        <w:t>☐  in forma singola;</w:t>
      </w:r>
    </w:p>
    <w:p w14:paraId="760254BE" w14:textId="77777777" w:rsidR="00C236FD" w:rsidRDefault="00000000">
      <w:pPr>
        <w:spacing w:after="20"/>
      </w:pPr>
      <w:r>
        <w:rPr>
          <w:sz w:val="18"/>
        </w:rPr>
        <w:t>☐  quale capofila di raggruppamento/aggregazione di Enti del Terzo Settore già costituito;</w:t>
      </w:r>
    </w:p>
    <w:p w14:paraId="527A05EB" w14:textId="77777777" w:rsidR="00C236FD" w:rsidRDefault="00000000">
      <w:pPr>
        <w:spacing w:after="20"/>
      </w:pPr>
      <w:r>
        <w:rPr>
          <w:sz w:val="18"/>
        </w:rPr>
        <w:t>☐  quale capofila di raggruppamento/aggregazione di Enti del Terzo Settore da costituire;</w:t>
      </w:r>
    </w:p>
    <w:p w14:paraId="2E41DCD1" w14:textId="77777777" w:rsidR="00C236FD" w:rsidRDefault="00000000">
      <w:pPr>
        <w:spacing w:after="20"/>
      </w:pPr>
      <w:r>
        <w:rPr>
          <w:sz w:val="18"/>
        </w:rPr>
        <w:t>☐  quale componente di raggruppamento/aggregazione già costituito o da costituire.</w:t>
      </w:r>
    </w:p>
    <w:p w14:paraId="2FC10C9A" w14:textId="77777777" w:rsidR="00C236FD" w:rsidRDefault="00000000">
      <w:pPr>
        <w:ind w:left="198" w:hanging="198"/>
      </w:pPr>
      <w:r>
        <w:rPr>
          <w:sz w:val="18"/>
        </w:rPr>
        <w:t>In caso di partecipazione in forma associata, indicare gli altri soggetti partecipanti:</w:t>
      </w:r>
    </w:p>
    <w:tbl>
      <w:tblPr>
        <w:tblW w:w="0" w:type="auto"/>
        <w:jc w:val="center"/>
        <w:tblLayout w:type="fixed"/>
        <w:tblLook w:val="04A0" w:firstRow="1" w:lastRow="0" w:firstColumn="1" w:lastColumn="0" w:noHBand="0" w:noVBand="1"/>
      </w:tblPr>
      <w:tblGrid>
        <w:gridCol w:w="2835"/>
        <w:gridCol w:w="6236"/>
      </w:tblGrid>
      <w:tr w:rsidR="00C236FD" w14:paraId="7AA52436"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1C0D3F26" w14:textId="77777777" w:rsidR="00C236FD" w:rsidRDefault="00000000">
            <w:r>
              <w:rPr>
                <w:b/>
                <w:sz w:val="17"/>
              </w:rPr>
              <w:t>Soggetto n. 1</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433C480E" w14:textId="77777777" w:rsidR="00C236FD" w:rsidRDefault="00000000">
            <w:r>
              <w:rPr>
                <w:sz w:val="18"/>
              </w:rPr>
              <w:t>Denominazione _________________________________  C.F. ________________________________</w:t>
            </w:r>
          </w:p>
        </w:tc>
      </w:tr>
      <w:tr w:rsidR="00C236FD" w14:paraId="1EC3831E"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2C6B37BC" w14:textId="77777777" w:rsidR="00C236FD" w:rsidRDefault="00000000">
            <w:r>
              <w:rPr>
                <w:b/>
                <w:sz w:val="17"/>
              </w:rPr>
              <w:t>Ruolo / attività</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2845F48D" w14:textId="77777777" w:rsidR="00C236FD" w:rsidRDefault="00000000">
            <w:r>
              <w:rPr>
                <w:sz w:val="18"/>
              </w:rPr>
              <w:t>________________________________________________________________________________</w:t>
            </w:r>
          </w:p>
        </w:tc>
      </w:tr>
      <w:tr w:rsidR="00C236FD" w14:paraId="5042FB48"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4D89CAB9" w14:textId="77777777" w:rsidR="00C236FD" w:rsidRDefault="00000000">
            <w:r>
              <w:rPr>
                <w:b/>
                <w:sz w:val="17"/>
              </w:rPr>
              <w:t>Soggetto n. 2</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3A32F738" w14:textId="77777777" w:rsidR="00C236FD" w:rsidRDefault="00000000">
            <w:r>
              <w:rPr>
                <w:sz w:val="18"/>
              </w:rPr>
              <w:t>Denominazione _________________________________  C.F. ________________________________</w:t>
            </w:r>
          </w:p>
        </w:tc>
      </w:tr>
      <w:tr w:rsidR="00C236FD" w14:paraId="2C3E9732"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34AECE20" w14:textId="77777777" w:rsidR="00C236FD" w:rsidRDefault="00000000">
            <w:r>
              <w:rPr>
                <w:b/>
                <w:sz w:val="17"/>
              </w:rPr>
              <w:t>Ruolo / attività</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31267AB7" w14:textId="77777777" w:rsidR="00C236FD" w:rsidRDefault="00000000">
            <w:r>
              <w:rPr>
                <w:sz w:val="18"/>
              </w:rPr>
              <w:t>________________________________________________________________________________</w:t>
            </w:r>
          </w:p>
        </w:tc>
      </w:tr>
      <w:tr w:rsidR="00C236FD" w14:paraId="4C83924F"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783B3566" w14:textId="77777777" w:rsidR="00C236FD" w:rsidRDefault="00000000">
            <w:r>
              <w:rPr>
                <w:b/>
                <w:sz w:val="17"/>
              </w:rPr>
              <w:t>Soggetto n. 3</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127C7AE6" w14:textId="77777777" w:rsidR="00C236FD" w:rsidRDefault="00000000">
            <w:r>
              <w:rPr>
                <w:sz w:val="18"/>
              </w:rPr>
              <w:t>Denominazione _________________________________  C.F. ________________________________</w:t>
            </w:r>
          </w:p>
        </w:tc>
      </w:tr>
      <w:tr w:rsidR="00C236FD" w14:paraId="24ADE66B"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6E90C8D9" w14:textId="77777777" w:rsidR="00C236FD" w:rsidRDefault="00000000">
            <w:r>
              <w:rPr>
                <w:b/>
                <w:sz w:val="17"/>
              </w:rPr>
              <w:t>Ruolo / attività</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4376191B" w14:textId="77777777" w:rsidR="00C236FD" w:rsidRDefault="00000000">
            <w:r>
              <w:rPr>
                <w:sz w:val="18"/>
              </w:rPr>
              <w:t>________________________________________________________________________________</w:t>
            </w:r>
          </w:p>
        </w:tc>
      </w:tr>
    </w:tbl>
    <w:p w14:paraId="3E6D66E5" w14:textId="77777777" w:rsidR="00C236FD" w:rsidRDefault="00C236FD">
      <w:pPr>
        <w:spacing w:after="20"/>
      </w:pPr>
    </w:p>
    <w:p w14:paraId="061138BC" w14:textId="77777777" w:rsidR="00C236FD" w:rsidRDefault="00000000">
      <w:pPr>
        <w:ind w:left="198" w:hanging="198"/>
      </w:pPr>
      <w:r>
        <w:rPr>
          <w:sz w:val="18"/>
        </w:rPr>
        <w:t>In caso di raggruppamento da costituire, i soggetti sopra indicati si impegnano, in caso di ammissione alla co-progettazione, a formalizzare il raggruppamento nelle forme richieste dall’Amministrazione e a conferire al soggetto individuato quale capofila i necessari poteri di rappresentanza nei rapporti con il Comune.</w:t>
      </w:r>
    </w:p>
    <w:tbl>
      <w:tblPr>
        <w:tblW w:w="0" w:type="auto"/>
        <w:jc w:val="center"/>
        <w:tblLook w:val="04A0" w:firstRow="1" w:lastRow="0" w:firstColumn="1" w:lastColumn="0" w:noHBand="0" w:noVBand="1"/>
      </w:tblPr>
      <w:tblGrid>
        <w:gridCol w:w="10200"/>
      </w:tblGrid>
      <w:tr w:rsidR="00C236FD" w14:paraId="4C539498"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5DBA3A18" w14:textId="77777777" w:rsidR="00C236FD" w:rsidRDefault="00000000">
            <w:pPr>
              <w:pStyle w:val="SectionBox"/>
            </w:pPr>
            <w:r>
              <w:rPr>
                <w:sz w:val="18"/>
              </w:rPr>
              <w:t>2. DATI IDENTIFICATIVI E NATURA GIURIDICA DELL’ENTE</w:t>
            </w:r>
          </w:p>
        </w:tc>
      </w:tr>
    </w:tbl>
    <w:p w14:paraId="3D7857F2" w14:textId="77777777" w:rsidR="00C236FD" w:rsidRDefault="00C236FD">
      <w:pPr>
        <w:spacing w:after="0"/>
      </w:pPr>
    </w:p>
    <w:p w14:paraId="4CD2B8C1" w14:textId="77777777" w:rsidR="00C236FD" w:rsidRDefault="00000000">
      <w:pPr>
        <w:spacing w:after="20"/>
      </w:pPr>
      <w:r>
        <w:rPr>
          <w:sz w:val="18"/>
        </w:rPr>
        <w:t>☐  Organizzazione di volontariato – ODV</w:t>
      </w:r>
    </w:p>
    <w:p w14:paraId="4B0695C9" w14:textId="77777777" w:rsidR="00C236FD" w:rsidRDefault="00000000">
      <w:pPr>
        <w:spacing w:after="20"/>
      </w:pPr>
      <w:r>
        <w:rPr>
          <w:sz w:val="18"/>
        </w:rPr>
        <w:t>☐  Associazione di promozione sociale – APS</w:t>
      </w:r>
    </w:p>
    <w:p w14:paraId="56AD1968" w14:textId="77777777" w:rsidR="00C236FD" w:rsidRDefault="00000000">
      <w:pPr>
        <w:spacing w:after="20"/>
      </w:pPr>
      <w:r>
        <w:rPr>
          <w:sz w:val="18"/>
        </w:rPr>
        <w:t>☐  Ente filantropico</w:t>
      </w:r>
    </w:p>
    <w:p w14:paraId="49B49F5F" w14:textId="77777777" w:rsidR="00C236FD" w:rsidRDefault="00000000">
      <w:pPr>
        <w:spacing w:after="20"/>
      </w:pPr>
      <w:r>
        <w:rPr>
          <w:sz w:val="18"/>
        </w:rPr>
        <w:t>☐  Impresa sociale</w:t>
      </w:r>
    </w:p>
    <w:p w14:paraId="3152CB44" w14:textId="77777777" w:rsidR="00C236FD" w:rsidRDefault="00000000">
      <w:pPr>
        <w:spacing w:after="20"/>
      </w:pPr>
      <w:r>
        <w:rPr>
          <w:sz w:val="18"/>
        </w:rPr>
        <w:t>☐  Cooperativa sociale</w:t>
      </w:r>
    </w:p>
    <w:p w14:paraId="504CBBAE" w14:textId="77777777" w:rsidR="00C236FD" w:rsidRDefault="00000000">
      <w:pPr>
        <w:spacing w:after="20"/>
      </w:pPr>
      <w:r>
        <w:rPr>
          <w:sz w:val="18"/>
        </w:rPr>
        <w:t>☐  Rete associativa</w:t>
      </w:r>
    </w:p>
    <w:p w14:paraId="2AC8E318" w14:textId="77777777" w:rsidR="00C236FD" w:rsidRDefault="00000000">
      <w:pPr>
        <w:spacing w:after="20"/>
      </w:pPr>
      <w:r>
        <w:rPr>
          <w:sz w:val="18"/>
        </w:rPr>
        <w:t>☐  Società di mutuo soccorso</w:t>
      </w:r>
    </w:p>
    <w:p w14:paraId="77BCE43C" w14:textId="77777777" w:rsidR="00C236FD" w:rsidRDefault="00000000">
      <w:pPr>
        <w:spacing w:after="20"/>
      </w:pPr>
      <w:r>
        <w:rPr>
          <w:sz w:val="18"/>
        </w:rPr>
        <w:t>☐  Associazione riconosciuta o non riconosciuta iscritta al RUNTS</w:t>
      </w:r>
    </w:p>
    <w:p w14:paraId="248CCDCE" w14:textId="77777777" w:rsidR="00C236FD" w:rsidRDefault="00000000">
      <w:pPr>
        <w:spacing w:after="20"/>
      </w:pPr>
      <w:r>
        <w:rPr>
          <w:sz w:val="18"/>
        </w:rPr>
        <w:t>☐  Fondazione iscritta al RUNTS</w:t>
      </w:r>
    </w:p>
    <w:p w14:paraId="48C022FD" w14:textId="77777777" w:rsidR="00C236FD" w:rsidRDefault="00000000">
      <w:pPr>
        <w:spacing w:after="20"/>
      </w:pPr>
      <w:r>
        <w:rPr>
          <w:sz w:val="18"/>
        </w:rPr>
        <w:lastRenderedPageBreak/>
        <w:t>☐  Altro Ente del Terzo Settore ai sensi dell’art. 4 del D.Lgs. n. 117/2017: ___________________________</w:t>
      </w:r>
    </w:p>
    <w:tbl>
      <w:tblPr>
        <w:tblW w:w="0" w:type="auto"/>
        <w:jc w:val="center"/>
        <w:tblLayout w:type="fixed"/>
        <w:tblLook w:val="04A0" w:firstRow="1" w:lastRow="0" w:firstColumn="1" w:lastColumn="0" w:noHBand="0" w:noVBand="1"/>
      </w:tblPr>
      <w:tblGrid>
        <w:gridCol w:w="2835"/>
        <w:gridCol w:w="6236"/>
      </w:tblGrid>
      <w:tr w:rsidR="00C236FD" w14:paraId="6FE6F43C"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0E0B24DF" w14:textId="77777777" w:rsidR="00C236FD" w:rsidRDefault="00000000">
            <w:r>
              <w:rPr>
                <w:b/>
                <w:sz w:val="17"/>
              </w:rPr>
              <w:t>Data di costituzione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5C923422" w14:textId="77777777" w:rsidR="00C236FD" w:rsidRDefault="00000000">
            <w:r>
              <w:rPr>
                <w:sz w:val="18"/>
              </w:rPr>
              <w:t>____________________________</w:t>
            </w:r>
          </w:p>
        </w:tc>
      </w:tr>
      <w:tr w:rsidR="00C236FD" w14:paraId="5DF533BC"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0A34939E" w14:textId="77777777" w:rsidR="00C236FD" w:rsidRDefault="00000000">
            <w:r>
              <w:rPr>
                <w:b/>
                <w:sz w:val="17"/>
              </w:rPr>
              <w:t>Repertorio / atto costitutivo</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1E0FC494" w14:textId="77777777" w:rsidR="00C236FD" w:rsidRDefault="00000000">
            <w:r>
              <w:rPr>
                <w:sz w:val="18"/>
              </w:rPr>
              <w:t>________________________________________________________________________________</w:t>
            </w:r>
          </w:p>
        </w:tc>
      </w:tr>
      <w:tr w:rsidR="00C236FD" w14:paraId="4CFC9856"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22CEA890" w14:textId="77777777" w:rsidR="00C236FD" w:rsidRDefault="00000000">
            <w:r>
              <w:rPr>
                <w:b/>
                <w:sz w:val="17"/>
              </w:rPr>
              <w:t>Registro Imprese / REA</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6D255A0D" w14:textId="77777777" w:rsidR="00C236FD" w:rsidRDefault="00000000">
            <w:r>
              <w:rPr>
                <w:sz w:val="18"/>
              </w:rPr>
              <w:t>________________________________________________________________________________</w:t>
            </w:r>
          </w:p>
        </w:tc>
      </w:tr>
      <w:tr w:rsidR="00C236FD" w14:paraId="077E640F"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116CFF93" w14:textId="77777777" w:rsidR="00C236FD" w:rsidRDefault="00000000">
            <w:r>
              <w:rPr>
                <w:b/>
                <w:sz w:val="17"/>
              </w:rPr>
              <w:t>Attività prevalente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1D956633" w14:textId="77777777" w:rsidR="00C236FD" w:rsidRDefault="00000000">
            <w:r>
              <w:rPr>
                <w:sz w:val="18"/>
              </w:rPr>
              <w:t>________________________________________________________________________________</w:t>
            </w:r>
          </w:p>
        </w:tc>
      </w:tr>
      <w:tr w:rsidR="00C236FD" w14:paraId="0468DC5A"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16D14967" w14:textId="77777777" w:rsidR="00C236FD" w:rsidRDefault="00000000">
            <w:r>
              <w:rPr>
                <w:b/>
                <w:sz w:val="17"/>
              </w:rPr>
              <w:t>Codice ATECO, se applicabile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75F99F80" w14:textId="77777777" w:rsidR="00C236FD" w:rsidRDefault="00000000">
            <w:r>
              <w:rPr>
                <w:sz w:val="18"/>
              </w:rPr>
              <w:t>________________________________________________________________________________</w:t>
            </w:r>
          </w:p>
        </w:tc>
      </w:tr>
    </w:tbl>
    <w:p w14:paraId="45DA1D12" w14:textId="77777777" w:rsidR="00C236FD" w:rsidRDefault="00C236FD">
      <w:pPr>
        <w:spacing w:after="20"/>
      </w:pPr>
    </w:p>
    <w:tbl>
      <w:tblPr>
        <w:tblW w:w="0" w:type="auto"/>
        <w:jc w:val="center"/>
        <w:tblLook w:val="04A0" w:firstRow="1" w:lastRow="0" w:firstColumn="1" w:lastColumn="0" w:noHBand="0" w:noVBand="1"/>
      </w:tblPr>
      <w:tblGrid>
        <w:gridCol w:w="10200"/>
      </w:tblGrid>
      <w:tr w:rsidR="00C236FD" w14:paraId="41021E1C"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5B9A141A" w14:textId="77777777" w:rsidR="00C236FD" w:rsidRDefault="00000000">
            <w:pPr>
              <w:pStyle w:val="SectionBox"/>
            </w:pPr>
            <w:r>
              <w:rPr>
                <w:sz w:val="18"/>
              </w:rPr>
              <w:t>3. ISCRIZIONE AL REGISTRO UNICO NAZIONALE DEL TERZO SETTORE</w:t>
            </w:r>
          </w:p>
        </w:tc>
      </w:tr>
    </w:tbl>
    <w:p w14:paraId="0949EAE5" w14:textId="77777777" w:rsidR="00C236FD" w:rsidRDefault="00C236FD">
      <w:pPr>
        <w:spacing w:after="0"/>
      </w:pPr>
    </w:p>
    <w:p w14:paraId="73C51B0B" w14:textId="77777777" w:rsidR="00C236FD" w:rsidRDefault="00000000">
      <w:pPr>
        <w:spacing w:after="20"/>
      </w:pPr>
      <w:r>
        <w:rPr>
          <w:sz w:val="18"/>
        </w:rPr>
        <w:t>☐  L’Ente è regolarmente iscritto al Registro Unico Nazionale del Terzo Settore – RUNTS.</w:t>
      </w:r>
    </w:p>
    <w:tbl>
      <w:tblPr>
        <w:tblW w:w="0" w:type="auto"/>
        <w:jc w:val="center"/>
        <w:tblLayout w:type="fixed"/>
        <w:tblLook w:val="04A0" w:firstRow="1" w:lastRow="0" w:firstColumn="1" w:lastColumn="0" w:noHBand="0" w:noVBand="1"/>
      </w:tblPr>
      <w:tblGrid>
        <w:gridCol w:w="2835"/>
        <w:gridCol w:w="6236"/>
      </w:tblGrid>
      <w:tr w:rsidR="00C236FD" w14:paraId="0A47EBEA"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6BAB7C9D" w14:textId="77777777" w:rsidR="00C236FD" w:rsidRDefault="00000000">
            <w:r>
              <w:rPr>
                <w:b/>
                <w:sz w:val="17"/>
              </w:rPr>
              <w:t>Sezione RUNTS</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2CD88A8C" w14:textId="77777777" w:rsidR="00C236FD" w:rsidRDefault="00000000">
            <w:r>
              <w:rPr>
                <w:sz w:val="18"/>
              </w:rPr>
              <w:t>________________________________________________________________________________</w:t>
            </w:r>
          </w:p>
        </w:tc>
      </w:tr>
      <w:tr w:rsidR="00C236FD" w14:paraId="20ECC7E6"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04321553" w14:textId="77777777" w:rsidR="00C236FD" w:rsidRDefault="00000000">
            <w:r>
              <w:rPr>
                <w:b/>
                <w:sz w:val="17"/>
              </w:rPr>
              <w:t>Numero / repertorio</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1068D62A" w14:textId="77777777" w:rsidR="00C236FD" w:rsidRDefault="00000000">
            <w:r>
              <w:rPr>
                <w:sz w:val="18"/>
              </w:rPr>
              <w:t>________________________________________________________________________________</w:t>
            </w:r>
          </w:p>
        </w:tc>
      </w:tr>
      <w:tr w:rsidR="00C236FD" w14:paraId="389E797C"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36BD96B3" w14:textId="77777777" w:rsidR="00C236FD" w:rsidRDefault="00000000">
            <w:r>
              <w:rPr>
                <w:b/>
                <w:sz w:val="17"/>
              </w:rPr>
              <w:t>Data di iscrizione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224B2A32" w14:textId="77777777" w:rsidR="00C236FD" w:rsidRDefault="00000000">
            <w:r>
              <w:rPr>
                <w:sz w:val="18"/>
              </w:rPr>
              <w:t>________________________________________________________________________________</w:t>
            </w:r>
          </w:p>
        </w:tc>
      </w:tr>
      <w:tr w:rsidR="00C236FD" w14:paraId="3D0A0D9F"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32A7622A" w14:textId="77777777" w:rsidR="00C236FD" w:rsidRDefault="00000000">
            <w:r>
              <w:rPr>
                <w:b/>
                <w:sz w:val="17"/>
              </w:rPr>
              <w:t>Ufficio RUNTS competente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5A6DB01C" w14:textId="77777777" w:rsidR="00C236FD" w:rsidRDefault="00000000">
            <w:r>
              <w:rPr>
                <w:sz w:val="18"/>
              </w:rPr>
              <w:t>________________________________________________________________________________</w:t>
            </w:r>
          </w:p>
        </w:tc>
      </w:tr>
    </w:tbl>
    <w:p w14:paraId="45B9525F" w14:textId="77777777" w:rsidR="00C236FD" w:rsidRDefault="00C236FD">
      <w:pPr>
        <w:spacing w:after="20"/>
      </w:pPr>
    </w:p>
    <w:p w14:paraId="7199D688" w14:textId="77777777" w:rsidR="00C236FD" w:rsidRDefault="00000000">
      <w:pPr>
        <w:spacing w:after="20"/>
      </w:pPr>
      <w:r>
        <w:rPr>
          <w:sz w:val="18"/>
        </w:rPr>
        <w:t>☐  Ove applicabile: l’Ente è impresa sociale/cooperativa sociale iscritta nel Registro delle Imprese ai sensi della normativa vigente.</w:t>
      </w:r>
    </w:p>
    <w:p w14:paraId="35C81F4F" w14:textId="77777777" w:rsidR="00C236FD" w:rsidRDefault="00000000">
      <w:pPr>
        <w:ind w:left="198" w:hanging="198"/>
      </w:pPr>
      <w:r>
        <w:rPr>
          <w:sz w:val="18"/>
        </w:rPr>
        <w:t>Dichiara inoltre che l’iscrizione è attualmente valida e che non risultano procedimenti di cancellazione o provvedimenti incompatibili con la partecipazione alla presente procedura.</w:t>
      </w:r>
    </w:p>
    <w:tbl>
      <w:tblPr>
        <w:tblW w:w="0" w:type="auto"/>
        <w:jc w:val="center"/>
        <w:tblLook w:val="04A0" w:firstRow="1" w:lastRow="0" w:firstColumn="1" w:lastColumn="0" w:noHBand="0" w:noVBand="1"/>
      </w:tblPr>
      <w:tblGrid>
        <w:gridCol w:w="10200"/>
      </w:tblGrid>
      <w:tr w:rsidR="00C236FD" w14:paraId="3798C2AB"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5965F5EF" w14:textId="77777777" w:rsidR="00C236FD" w:rsidRDefault="00000000">
            <w:pPr>
              <w:pStyle w:val="SectionBox"/>
            </w:pPr>
            <w:r>
              <w:rPr>
                <w:sz w:val="18"/>
              </w:rPr>
              <w:t>4. FINALITÀ STATUTARIE</w:t>
            </w:r>
          </w:p>
        </w:tc>
      </w:tr>
    </w:tbl>
    <w:p w14:paraId="7A70E2B9" w14:textId="77777777" w:rsidR="00C236FD" w:rsidRDefault="00C236FD">
      <w:pPr>
        <w:spacing w:after="0"/>
      </w:pPr>
    </w:p>
    <w:p w14:paraId="57B6D3C8" w14:textId="77777777" w:rsidR="00C236FD" w:rsidRDefault="00000000">
      <w:pPr>
        <w:ind w:left="198" w:hanging="198"/>
      </w:pPr>
      <w:r>
        <w:rPr>
          <w:sz w:val="18"/>
        </w:rPr>
        <w:t>Lo Statuto e l’atto costitutivo dell’Ente prevedono finalità e attività di interesse generale coerenti con l’oggetto della presente procedura, e in particolare con una o più delle seguenti attività:</w:t>
      </w:r>
    </w:p>
    <w:p w14:paraId="1BE7942C" w14:textId="77777777" w:rsidR="00C236FD" w:rsidRDefault="00000000">
      <w:pPr>
        <w:spacing w:after="20"/>
      </w:pPr>
      <w:r>
        <w:rPr>
          <w:sz w:val="18"/>
        </w:rPr>
        <w:t>☐  servizi sociali</w:t>
      </w:r>
    </w:p>
    <w:p w14:paraId="1E2C20C5" w14:textId="77777777" w:rsidR="00C236FD" w:rsidRDefault="00000000">
      <w:pPr>
        <w:spacing w:after="20"/>
      </w:pPr>
      <w:r>
        <w:rPr>
          <w:sz w:val="18"/>
        </w:rPr>
        <w:t>☐  accoglienza umanitaria e integrazione sociale dei migranti</w:t>
      </w:r>
    </w:p>
    <w:p w14:paraId="1DF1F5AB" w14:textId="77777777" w:rsidR="00C236FD" w:rsidRDefault="00000000">
      <w:pPr>
        <w:spacing w:after="20"/>
      </w:pPr>
      <w:r>
        <w:rPr>
          <w:sz w:val="18"/>
        </w:rPr>
        <w:t>☐  interventi e servizi finalizzati all’inclusione sociale</w:t>
      </w:r>
    </w:p>
    <w:p w14:paraId="666A5B43" w14:textId="77777777" w:rsidR="00C236FD" w:rsidRDefault="00000000">
      <w:pPr>
        <w:spacing w:after="20"/>
      </w:pPr>
      <w:r>
        <w:rPr>
          <w:sz w:val="18"/>
        </w:rPr>
        <w:t>☐  formazione</w:t>
      </w:r>
    </w:p>
    <w:p w14:paraId="193C17BF" w14:textId="77777777" w:rsidR="00C236FD" w:rsidRDefault="00000000">
      <w:pPr>
        <w:spacing w:after="20"/>
      </w:pPr>
      <w:r>
        <w:rPr>
          <w:sz w:val="18"/>
        </w:rPr>
        <w:t>☐  tutela dei diritti</w:t>
      </w:r>
    </w:p>
    <w:p w14:paraId="3167BE46" w14:textId="77777777" w:rsidR="00C236FD" w:rsidRDefault="00000000">
      <w:pPr>
        <w:spacing w:after="20"/>
      </w:pPr>
      <w:r>
        <w:rPr>
          <w:sz w:val="18"/>
        </w:rPr>
        <w:t>☐  attività educative</w:t>
      </w:r>
    </w:p>
    <w:p w14:paraId="73FB4CA2" w14:textId="77777777" w:rsidR="00C236FD" w:rsidRDefault="00000000">
      <w:pPr>
        <w:spacing w:after="20"/>
      </w:pPr>
      <w:r>
        <w:rPr>
          <w:sz w:val="18"/>
        </w:rPr>
        <w:t>☐  orientamento sociale e lavorativo</w:t>
      </w:r>
    </w:p>
    <w:p w14:paraId="0AB7CE74" w14:textId="77777777" w:rsidR="00C236FD" w:rsidRDefault="00000000">
      <w:pPr>
        <w:spacing w:after="20"/>
      </w:pPr>
      <w:r>
        <w:rPr>
          <w:sz w:val="18"/>
        </w:rPr>
        <w:t>☐  altre attività pertinenti: _______________________________________________</w:t>
      </w:r>
    </w:p>
    <w:tbl>
      <w:tblPr>
        <w:tblW w:w="0" w:type="auto"/>
        <w:jc w:val="center"/>
        <w:tblLook w:val="04A0" w:firstRow="1" w:lastRow="0" w:firstColumn="1" w:lastColumn="0" w:noHBand="0" w:noVBand="1"/>
      </w:tblPr>
      <w:tblGrid>
        <w:gridCol w:w="10200"/>
      </w:tblGrid>
      <w:tr w:rsidR="00C236FD" w14:paraId="3AA568EF"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4877E552" w14:textId="77777777" w:rsidR="00C236FD" w:rsidRDefault="00000000">
            <w:pPr>
              <w:pStyle w:val="SectionBox"/>
            </w:pPr>
            <w:r>
              <w:rPr>
                <w:sz w:val="18"/>
              </w:rPr>
              <w:t>5. REQUISITI GENERALI</w:t>
            </w:r>
          </w:p>
        </w:tc>
      </w:tr>
    </w:tbl>
    <w:p w14:paraId="76B7731C" w14:textId="77777777" w:rsidR="00C236FD" w:rsidRDefault="00C236FD">
      <w:pPr>
        <w:spacing w:after="0"/>
      </w:pPr>
    </w:p>
    <w:p w14:paraId="76C7F4A7" w14:textId="77777777" w:rsidR="00C236FD" w:rsidRDefault="00000000">
      <w:pPr>
        <w:ind w:left="198" w:hanging="198"/>
      </w:pPr>
      <w:r>
        <w:rPr>
          <w:sz w:val="18"/>
        </w:rPr>
        <w:t>a) che l’Ente è regolarmente costituito ed è pienamente operativo;</w:t>
      </w:r>
    </w:p>
    <w:p w14:paraId="700191B1" w14:textId="77777777" w:rsidR="00C236FD" w:rsidRDefault="00000000">
      <w:pPr>
        <w:ind w:left="198" w:hanging="198"/>
      </w:pPr>
      <w:r>
        <w:rPr>
          <w:sz w:val="18"/>
        </w:rPr>
        <w:t>b) che non si trova in stato di scioglimento, liquidazione o cessazione dell’attività;</w:t>
      </w:r>
    </w:p>
    <w:p w14:paraId="073F2A37" w14:textId="77777777" w:rsidR="00C236FD" w:rsidRDefault="00000000">
      <w:pPr>
        <w:ind w:left="198" w:hanging="198"/>
      </w:pPr>
      <w:r>
        <w:rPr>
          <w:sz w:val="18"/>
        </w:rPr>
        <w:t>c) che non sono in corso procedure concorsuali o altre situazioni incompatibili con la capacità dell’Ente di assumere e svolgere gli impegni derivanti dalla presente procedura;</w:t>
      </w:r>
    </w:p>
    <w:p w14:paraId="1D433DA6" w14:textId="77777777" w:rsidR="00C236FD" w:rsidRDefault="00000000">
      <w:pPr>
        <w:ind w:left="198" w:hanging="198"/>
      </w:pPr>
      <w:r>
        <w:rPr>
          <w:sz w:val="18"/>
        </w:rPr>
        <w:t>d) che non sussistono cause o provvedimenti che impediscano all’Ente di contrattare, convenzionarsi o intrattenere rapporti finanziari con la Pubblica Amministrazione;</w:t>
      </w:r>
    </w:p>
    <w:p w14:paraId="37A0CF97" w14:textId="77777777" w:rsidR="00C236FD" w:rsidRDefault="00000000">
      <w:pPr>
        <w:ind w:left="198" w:hanging="198"/>
      </w:pPr>
      <w:r>
        <w:rPr>
          <w:sz w:val="18"/>
        </w:rPr>
        <w:t>e) che nei confronti dell’Ente e dei soggetti rilevanti ai sensi della normativa vigente non sussistono cause ostative derivanti dalla normativa antimafia di cui al D.Lgs. 6 settembre 2011, n. 159 e s.m.i.;</w:t>
      </w:r>
    </w:p>
    <w:p w14:paraId="2F4895DE" w14:textId="77777777" w:rsidR="00C236FD" w:rsidRDefault="00000000">
      <w:pPr>
        <w:ind w:left="198" w:hanging="198"/>
      </w:pPr>
      <w:r>
        <w:rPr>
          <w:sz w:val="18"/>
        </w:rPr>
        <w:t>f) che l’Ente è in regola con gli obblighi in materia fiscale, tributaria, previdenziale e assistenziale, per quanto applicabili;</w:t>
      </w:r>
    </w:p>
    <w:p w14:paraId="0EAA4077" w14:textId="77777777" w:rsidR="00C236FD" w:rsidRDefault="00000000">
      <w:pPr>
        <w:ind w:left="198" w:hanging="198"/>
      </w:pPr>
      <w:r>
        <w:rPr>
          <w:sz w:val="18"/>
        </w:rPr>
        <w:lastRenderedPageBreak/>
        <w:t>g) che l’Ente applica nei confronti del proprio personale dipendente, ove presente, il contratto collettivo nazionale e territoriale applicabile e rispetta la normativa vigente in materia di lavoro;</w:t>
      </w:r>
    </w:p>
    <w:p w14:paraId="3477CE67" w14:textId="77777777" w:rsidR="00C236FD" w:rsidRDefault="00000000">
      <w:pPr>
        <w:ind w:left="198" w:hanging="198"/>
      </w:pPr>
      <w:r>
        <w:rPr>
          <w:sz w:val="18"/>
        </w:rPr>
        <w:t>h) che l’Ente è in regola con gli obblighi in materia di salute e sicurezza sui luoghi di lavoro di cui al D.Lgs. n. 81/2008 e s.m.i.;</w:t>
      </w:r>
    </w:p>
    <w:p w14:paraId="73360F98" w14:textId="77777777" w:rsidR="00C236FD" w:rsidRDefault="00000000">
      <w:pPr>
        <w:ind w:left="198" w:hanging="198"/>
      </w:pPr>
      <w:r>
        <w:rPr>
          <w:sz w:val="18"/>
        </w:rPr>
        <w:t>i) che l’Ente è in regola con gli obblighi previsti dalla normativa sul diritto al lavoro delle persone con disabilità, ove applicabile;</w:t>
      </w:r>
    </w:p>
    <w:p w14:paraId="7C0133AD" w14:textId="77777777" w:rsidR="00C236FD" w:rsidRDefault="00000000">
      <w:pPr>
        <w:ind w:left="198" w:hanging="198"/>
      </w:pPr>
      <w:r>
        <w:rPr>
          <w:sz w:val="18"/>
        </w:rPr>
        <w:t>j) che non sussistono gravi violazioni definitivamente accertate rispetto agli obblighi relativi al pagamento di imposte, tasse o contributi previdenziali;</w:t>
      </w:r>
    </w:p>
    <w:p w14:paraId="55285E9F" w14:textId="77777777" w:rsidR="00C236FD" w:rsidRDefault="00000000">
      <w:pPr>
        <w:ind w:left="198" w:hanging="198"/>
      </w:pPr>
      <w:r>
        <w:rPr>
          <w:sz w:val="18"/>
        </w:rPr>
        <w:t>k) che non sussistono situazioni, anche potenziali, di conflitto di interesse tali da compromettere l’imparzialità e la correttezza della partecipazione alla procedura;</w:t>
      </w:r>
    </w:p>
    <w:p w14:paraId="08C2CD76" w14:textId="77777777" w:rsidR="00C236FD" w:rsidRDefault="00000000">
      <w:pPr>
        <w:ind w:left="198" w:hanging="198"/>
      </w:pPr>
      <w:r>
        <w:rPr>
          <w:sz w:val="18"/>
        </w:rPr>
        <w:t>l) che non sussistono ulteriori condizioni ostative previste dalla normativa vigente alla instaurazione di rapporti di collaborazione con una Pubblica Amministrazione.</w:t>
      </w:r>
    </w:p>
    <w:tbl>
      <w:tblPr>
        <w:tblW w:w="0" w:type="auto"/>
        <w:jc w:val="center"/>
        <w:tblLook w:val="04A0" w:firstRow="1" w:lastRow="0" w:firstColumn="1" w:lastColumn="0" w:noHBand="0" w:noVBand="1"/>
      </w:tblPr>
      <w:tblGrid>
        <w:gridCol w:w="10200"/>
      </w:tblGrid>
      <w:tr w:rsidR="00C236FD" w14:paraId="1C5D77C2"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3450D739" w14:textId="77777777" w:rsidR="00C236FD" w:rsidRDefault="00000000">
            <w:pPr>
              <w:pStyle w:val="SectionBox"/>
            </w:pPr>
            <w:r>
              <w:rPr>
                <w:sz w:val="18"/>
              </w:rPr>
              <w:t>6. SOGGETTI CON POTERI DI RAPPRESENTANZA</w:t>
            </w:r>
          </w:p>
        </w:tc>
      </w:tr>
    </w:tbl>
    <w:p w14:paraId="48C7FCFB" w14:textId="77777777" w:rsidR="00C236FD" w:rsidRDefault="00C236FD">
      <w:pPr>
        <w:spacing w:after="0"/>
      </w:pPr>
    </w:p>
    <w:p w14:paraId="3B41092B" w14:textId="77777777" w:rsidR="00C236FD" w:rsidRDefault="00000000">
      <w:pPr>
        <w:ind w:left="198" w:hanging="198"/>
      </w:pPr>
      <w:r>
        <w:rPr>
          <w:sz w:val="18"/>
        </w:rPr>
        <w:t>Indicare i soggetti che rivestono cariche amministrative, di rappresentanza o sono muniti di poteri rilevanti nell’Ente:</w:t>
      </w:r>
    </w:p>
    <w:tbl>
      <w:tblPr>
        <w:tblW w:w="0" w:type="auto"/>
        <w:jc w:val="center"/>
        <w:tblLayout w:type="fixed"/>
        <w:tblLook w:val="04A0" w:firstRow="1" w:lastRow="0" w:firstColumn="1" w:lastColumn="0" w:noHBand="0" w:noVBand="1"/>
      </w:tblPr>
      <w:tblGrid>
        <w:gridCol w:w="3400"/>
        <w:gridCol w:w="3400"/>
        <w:gridCol w:w="3400"/>
      </w:tblGrid>
      <w:tr w:rsidR="00C236FD" w14:paraId="3BE42CDB" w14:textId="77777777">
        <w:trPr>
          <w:jc w:val="center"/>
        </w:trPr>
        <w:tc>
          <w:tcPr>
            <w:tcW w:w="3400" w:type="dxa"/>
            <w:tcBorders>
              <w:top w:val="single" w:sz="5" w:space="0" w:color="7F9DB9"/>
              <w:left w:val="single" w:sz="5" w:space="0" w:color="7F9DB9"/>
              <w:bottom w:val="single" w:sz="5" w:space="0" w:color="7F9DB9"/>
              <w:right w:val="single" w:sz="5" w:space="0" w:color="7F9DB9"/>
            </w:tcBorders>
            <w:shd w:val="clear" w:color="auto" w:fill="D9EAF7"/>
          </w:tcPr>
          <w:p w14:paraId="4909843F" w14:textId="77777777" w:rsidR="00C236FD" w:rsidRDefault="00000000">
            <w:pPr>
              <w:jc w:val="center"/>
            </w:pPr>
            <w:r>
              <w:rPr>
                <w:b/>
                <w:sz w:val="17"/>
              </w:rPr>
              <w:t>Cognome e nome</w:t>
            </w:r>
          </w:p>
        </w:tc>
        <w:tc>
          <w:tcPr>
            <w:tcW w:w="3400" w:type="dxa"/>
            <w:tcBorders>
              <w:top w:val="single" w:sz="5" w:space="0" w:color="7F9DB9"/>
              <w:left w:val="single" w:sz="5" w:space="0" w:color="7F9DB9"/>
              <w:bottom w:val="single" w:sz="5" w:space="0" w:color="7F9DB9"/>
              <w:right w:val="single" w:sz="5" w:space="0" w:color="7F9DB9"/>
            </w:tcBorders>
            <w:shd w:val="clear" w:color="auto" w:fill="D9EAF7"/>
          </w:tcPr>
          <w:p w14:paraId="0D23459F" w14:textId="77777777" w:rsidR="00C236FD" w:rsidRDefault="00000000">
            <w:pPr>
              <w:jc w:val="center"/>
            </w:pPr>
            <w:r>
              <w:rPr>
                <w:b/>
                <w:sz w:val="17"/>
              </w:rPr>
              <w:t>Codice fiscale</w:t>
            </w:r>
          </w:p>
        </w:tc>
        <w:tc>
          <w:tcPr>
            <w:tcW w:w="3400" w:type="dxa"/>
            <w:tcBorders>
              <w:top w:val="single" w:sz="5" w:space="0" w:color="7F9DB9"/>
              <w:left w:val="single" w:sz="5" w:space="0" w:color="7F9DB9"/>
              <w:bottom w:val="single" w:sz="5" w:space="0" w:color="7F9DB9"/>
              <w:right w:val="single" w:sz="5" w:space="0" w:color="7F9DB9"/>
            </w:tcBorders>
            <w:shd w:val="clear" w:color="auto" w:fill="D9EAF7"/>
          </w:tcPr>
          <w:p w14:paraId="1D32AB59" w14:textId="77777777" w:rsidR="00C236FD" w:rsidRDefault="00000000">
            <w:pPr>
              <w:jc w:val="center"/>
            </w:pPr>
            <w:r>
              <w:rPr>
                <w:b/>
                <w:sz w:val="17"/>
              </w:rPr>
              <w:t>Carica ricoperta</w:t>
            </w:r>
          </w:p>
        </w:tc>
      </w:tr>
      <w:tr w:rsidR="00C236FD" w14:paraId="2152569F" w14:textId="77777777">
        <w:trPr>
          <w:cantSplit/>
          <w:jc w:val="center"/>
        </w:trPr>
        <w:tc>
          <w:tcPr>
            <w:tcW w:w="3400" w:type="dxa"/>
            <w:tcBorders>
              <w:top w:val="single" w:sz="4" w:space="0" w:color="B7C9DB"/>
              <w:left w:val="single" w:sz="4" w:space="0" w:color="B7C9DB"/>
              <w:bottom w:val="single" w:sz="4" w:space="0" w:color="B7C9DB"/>
              <w:right w:val="single" w:sz="4" w:space="0" w:color="B7C9DB"/>
            </w:tcBorders>
            <w:tcMar>
              <w:top w:w="110" w:type="dxa"/>
              <w:left w:w="80" w:type="dxa"/>
              <w:bottom w:w="110" w:type="dxa"/>
              <w:right w:w="80" w:type="dxa"/>
            </w:tcMar>
          </w:tcPr>
          <w:p w14:paraId="3B9997E3" w14:textId="77777777" w:rsidR="00C236FD" w:rsidRDefault="00000000">
            <w:r>
              <w:rPr>
                <w:sz w:val="18"/>
              </w:rPr>
              <w:t xml:space="preserve"> </w:t>
            </w:r>
          </w:p>
        </w:tc>
        <w:tc>
          <w:tcPr>
            <w:tcW w:w="3400" w:type="dxa"/>
            <w:tcBorders>
              <w:top w:val="single" w:sz="4" w:space="0" w:color="B7C9DB"/>
              <w:left w:val="single" w:sz="4" w:space="0" w:color="B7C9DB"/>
              <w:bottom w:val="single" w:sz="4" w:space="0" w:color="B7C9DB"/>
              <w:right w:val="single" w:sz="4" w:space="0" w:color="B7C9DB"/>
            </w:tcBorders>
            <w:tcMar>
              <w:top w:w="110" w:type="dxa"/>
              <w:left w:w="80" w:type="dxa"/>
              <w:bottom w:w="110" w:type="dxa"/>
              <w:right w:w="80" w:type="dxa"/>
            </w:tcMar>
          </w:tcPr>
          <w:p w14:paraId="0E64C080" w14:textId="77777777" w:rsidR="00C236FD" w:rsidRDefault="00000000">
            <w:r>
              <w:rPr>
                <w:sz w:val="18"/>
              </w:rPr>
              <w:t xml:space="preserve"> </w:t>
            </w:r>
          </w:p>
        </w:tc>
        <w:tc>
          <w:tcPr>
            <w:tcW w:w="3400" w:type="dxa"/>
            <w:tcBorders>
              <w:top w:val="single" w:sz="4" w:space="0" w:color="B7C9DB"/>
              <w:left w:val="single" w:sz="4" w:space="0" w:color="B7C9DB"/>
              <w:bottom w:val="single" w:sz="4" w:space="0" w:color="B7C9DB"/>
              <w:right w:val="single" w:sz="4" w:space="0" w:color="B7C9DB"/>
            </w:tcBorders>
            <w:tcMar>
              <w:top w:w="110" w:type="dxa"/>
              <w:left w:w="80" w:type="dxa"/>
              <w:bottom w:w="110" w:type="dxa"/>
              <w:right w:w="80" w:type="dxa"/>
            </w:tcMar>
          </w:tcPr>
          <w:p w14:paraId="4A39AA98" w14:textId="77777777" w:rsidR="00C236FD" w:rsidRDefault="00000000">
            <w:r>
              <w:rPr>
                <w:sz w:val="18"/>
              </w:rPr>
              <w:t xml:space="preserve"> </w:t>
            </w:r>
          </w:p>
        </w:tc>
      </w:tr>
      <w:tr w:rsidR="00C236FD" w14:paraId="7F896F8F" w14:textId="77777777">
        <w:trPr>
          <w:cantSplit/>
          <w:jc w:val="center"/>
        </w:trPr>
        <w:tc>
          <w:tcPr>
            <w:tcW w:w="3400" w:type="dxa"/>
            <w:tcBorders>
              <w:top w:val="single" w:sz="4" w:space="0" w:color="B7C9DB"/>
              <w:left w:val="single" w:sz="4" w:space="0" w:color="B7C9DB"/>
              <w:bottom w:val="single" w:sz="4" w:space="0" w:color="B7C9DB"/>
              <w:right w:val="single" w:sz="4" w:space="0" w:color="B7C9DB"/>
            </w:tcBorders>
            <w:tcMar>
              <w:top w:w="110" w:type="dxa"/>
              <w:left w:w="80" w:type="dxa"/>
              <w:bottom w:w="110" w:type="dxa"/>
              <w:right w:w="80" w:type="dxa"/>
            </w:tcMar>
          </w:tcPr>
          <w:p w14:paraId="6ED1DD96" w14:textId="77777777" w:rsidR="00C236FD" w:rsidRDefault="00000000">
            <w:r>
              <w:rPr>
                <w:sz w:val="18"/>
              </w:rPr>
              <w:t xml:space="preserve"> </w:t>
            </w:r>
          </w:p>
        </w:tc>
        <w:tc>
          <w:tcPr>
            <w:tcW w:w="3400" w:type="dxa"/>
            <w:tcBorders>
              <w:top w:val="single" w:sz="4" w:space="0" w:color="B7C9DB"/>
              <w:left w:val="single" w:sz="4" w:space="0" w:color="B7C9DB"/>
              <w:bottom w:val="single" w:sz="4" w:space="0" w:color="B7C9DB"/>
              <w:right w:val="single" w:sz="4" w:space="0" w:color="B7C9DB"/>
            </w:tcBorders>
            <w:tcMar>
              <w:top w:w="110" w:type="dxa"/>
              <w:left w:w="80" w:type="dxa"/>
              <w:bottom w:w="110" w:type="dxa"/>
              <w:right w:w="80" w:type="dxa"/>
            </w:tcMar>
          </w:tcPr>
          <w:p w14:paraId="042EBCCE" w14:textId="77777777" w:rsidR="00C236FD" w:rsidRDefault="00000000">
            <w:r>
              <w:rPr>
                <w:sz w:val="18"/>
              </w:rPr>
              <w:t xml:space="preserve"> </w:t>
            </w:r>
          </w:p>
        </w:tc>
        <w:tc>
          <w:tcPr>
            <w:tcW w:w="3400" w:type="dxa"/>
            <w:tcBorders>
              <w:top w:val="single" w:sz="4" w:space="0" w:color="B7C9DB"/>
              <w:left w:val="single" w:sz="4" w:space="0" w:color="B7C9DB"/>
              <w:bottom w:val="single" w:sz="4" w:space="0" w:color="B7C9DB"/>
              <w:right w:val="single" w:sz="4" w:space="0" w:color="B7C9DB"/>
            </w:tcBorders>
            <w:tcMar>
              <w:top w:w="110" w:type="dxa"/>
              <w:left w:w="80" w:type="dxa"/>
              <w:bottom w:w="110" w:type="dxa"/>
              <w:right w:w="80" w:type="dxa"/>
            </w:tcMar>
          </w:tcPr>
          <w:p w14:paraId="100DE150" w14:textId="77777777" w:rsidR="00C236FD" w:rsidRDefault="00000000">
            <w:r>
              <w:rPr>
                <w:sz w:val="18"/>
              </w:rPr>
              <w:t xml:space="preserve"> </w:t>
            </w:r>
          </w:p>
        </w:tc>
      </w:tr>
      <w:tr w:rsidR="00C236FD" w14:paraId="12166338" w14:textId="77777777">
        <w:trPr>
          <w:cantSplit/>
          <w:jc w:val="center"/>
        </w:trPr>
        <w:tc>
          <w:tcPr>
            <w:tcW w:w="3400" w:type="dxa"/>
            <w:tcBorders>
              <w:top w:val="single" w:sz="4" w:space="0" w:color="B7C9DB"/>
              <w:left w:val="single" w:sz="4" w:space="0" w:color="B7C9DB"/>
              <w:bottom w:val="single" w:sz="4" w:space="0" w:color="B7C9DB"/>
              <w:right w:val="single" w:sz="4" w:space="0" w:color="B7C9DB"/>
            </w:tcBorders>
            <w:tcMar>
              <w:top w:w="110" w:type="dxa"/>
              <w:left w:w="80" w:type="dxa"/>
              <w:bottom w:w="110" w:type="dxa"/>
              <w:right w:w="80" w:type="dxa"/>
            </w:tcMar>
          </w:tcPr>
          <w:p w14:paraId="5689B550" w14:textId="77777777" w:rsidR="00C236FD" w:rsidRDefault="00000000">
            <w:r>
              <w:rPr>
                <w:sz w:val="18"/>
              </w:rPr>
              <w:t xml:space="preserve"> </w:t>
            </w:r>
          </w:p>
        </w:tc>
        <w:tc>
          <w:tcPr>
            <w:tcW w:w="3400" w:type="dxa"/>
            <w:tcBorders>
              <w:top w:val="single" w:sz="4" w:space="0" w:color="B7C9DB"/>
              <w:left w:val="single" w:sz="4" w:space="0" w:color="B7C9DB"/>
              <w:bottom w:val="single" w:sz="4" w:space="0" w:color="B7C9DB"/>
              <w:right w:val="single" w:sz="4" w:space="0" w:color="B7C9DB"/>
            </w:tcBorders>
            <w:tcMar>
              <w:top w:w="110" w:type="dxa"/>
              <w:left w:w="80" w:type="dxa"/>
              <w:bottom w:w="110" w:type="dxa"/>
              <w:right w:w="80" w:type="dxa"/>
            </w:tcMar>
          </w:tcPr>
          <w:p w14:paraId="7BFD9B58" w14:textId="77777777" w:rsidR="00C236FD" w:rsidRDefault="00000000">
            <w:r>
              <w:rPr>
                <w:sz w:val="18"/>
              </w:rPr>
              <w:t xml:space="preserve"> </w:t>
            </w:r>
          </w:p>
        </w:tc>
        <w:tc>
          <w:tcPr>
            <w:tcW w:w="3400" w:type="dxa"/>
            <w:tcBorders>
              <w:top w:val="single" w:sz="4" w:space="0" w:color="B7C9DB"/>
              <w:left w:val="single" w:sz="4" w:space="0" w:color="B7C9DB"/>
              <w:bottom w:val="single" w:sz="4" w:space="0" w:color="B7C9DB"/>
              <w:right w:val="single" w:sz="4" w:space="0" w:color="B7C9DB"/>
            </w:tcBorders>
            <w:tcMar>
              <w:top w:w="110" w:type="dxa"/>
              <w:left w:w="80" w:type="dxa"/>
              <w:bottom w:w="110" w:type="dxa"/>
              <w:right w:w="80" w:type="dxa"/>
            </w:tcMar>
          </w:tcPr>
          <w:p w14:paraId="4B3D84A4" w14:textId="77777777" w:rsidR="00C236FD" w:rsidRDefault="00000000">
            <w:r>
              <w:rPr>
                <w:sz w:val="18"/>
              </w:rPr>
              <w:t xml:space="preserve"> </w:t>
            </w:r>
          </w:p>
        </w:tc>
      </w:tr>
      <w:tr w:rsidR="00C236FD" w14:paraId="6FC2F4C7" w14:textId="77777777">
        <w:trPr>
          <w:cantSplit/>
          <w:jc w:val="center"/>
        </w:trPr>
        <w:tc>
          <w:tcPr>
            <w:tcW w:w="3400" w:type="dxa"/>
            <w:tcBorders>
              <w:top w:val="single" w:sz="4" w:space="0" w:color="B7C9DB"/>
              <w:left w:val="single" w:sz="4" w:space="0" w:color="B7C9DB"/>
              <w:bottom w:val="single" w:sz="4" w:space="0" w:color="B7C9DB"/>
              <w:right w:val="single" w:sz="4" w:space="0" w:color="B7C9DB"/>
            </w:tcBorders>
            <w:tcMar>
              <w:top w:w="110" w:type="dxa"/>
              <w:left w:w="80" w:type="dxa"/>
              <w:bottom w:w="110" w:type="dxa"/>
              <w:right w:w="80" w:type="dxa"/>
            </w:tcMar>
          </w:tcPr>
          <w:p w14:paraId="7FE9146F" w14:textId="77777777" w:rsidR="00C236FD" w:rsidRDefault="00000000">
            <w:r>
              <w:rPr>
                <w:sz w:val="18"/>
              </w:rPr>
              <w:t xml:space="preserve"> </w:t>
            </w:r>
          </w:p>
        </w:tc>
        <w:tc>
          <w:tcPr>
            <w:tcW w:w="3400" w:type="dxa"/>
            <w:tcBorders>
              <w:top w:val="single" w:sz="4" w:space="0" w:color="B7C9DB"/>
              <w:left w:val="single" w:sz="4" w:space="0" w:color="B7C9DB"/>
              <w:bottom w:val="single" w:sz="4" w:space="0" w:color="B7C9DB"/>
              <w:right w:val="single" w:sz="4" w:space="0" w:color="B7C9DB"/>
            </w:tcBorders>
            <w:tcMar>
              <w:top w:w="110" w:type="dxa"/>
              <w:left w:w="80" w:type="dxa"/>
              <w:bottom w:w="110" w:type="dxa"/>
              <w:right w:w="80" w:type="dxa"/>
            </w:tcMar>
          </w:tcPr>
          <w:p w14:paraId="2BC1F643" w14:textId="77777777" w:rsidR="00C236FD" w:rsidRDefault="00000000">
            <w:r>
              <w:rPr>
                <w:sz w:val="18"/>
              </w:rPr>
              <w:t xml:space="preserve"> </w:t>
            </w:r>
          </w:p>
        </w:tc>
        <w:tc>
          <w:tcPr>
            <w:tcW w:w="3400" w:type="dxa"/>
            <w:tcBorders>
              <w:top w:val="single" w:sz="4" w:space="0" w:color="B7C9DB"/>
              <w:left w:val="single" w:sz="4" w:space="0" w:color="B7C9DB"/>
              <w:bottom w:val="single" w:sz="4" w:space="0" w:color="B7C9DB"/>
              <w:right w:val="single" w:sz="4" w:space="0" w:color="B7C9DB"/>
            </w:tcBorders>
            <w:tcMar>
              <w:top w:w="110" w:type="dxa"/>
              <w:left w:w="80" w:type="dxa"/>
              <w:bottom w:w="110" w:type="dxa"/>
              <w:right w:w="80" w:type="dxa"/>
            </w:tcMar>
          </w:tcPr>
          <w:p w14:paraId="4B113FA2" w14:textId="77777777" w:rsidR="00C236FD" w:rsidRDefault="00000000">
            <w:r>
              <w:rPr>
                <w:sz w:val="18"/>
              </w:rPr>
              <w:t xml:space="preserve"> </w:t>
            </w:r>
          </w:p>
        </w:tc>
      </w:tr>
    </w:tbl>
    <w:p w14:paraId="253568B6" w14:textId="77777777" w:rsidR="00C236FD" w:rsidRDefault="00000000">
      <w:pPr>
        <w:ind w:left="198" w:hanging="198"/>
      </w:pPr>
      <w:r>
        <w:rPr>
          <w:sz w:val="18"/>
        </w:rPr>
        <w:t>Il sottoscritto dichiara che nei confronti dei predetti soggetti, per quanto previsto dalla normativa vigente, non sussistono condizioni incompatibili con la partecipazione dell’Ente alla presente procedura.</w:t>
      </w:r>
    </w:p>
    <w:tbl>
      <w:tblPr>
        <w:tblW w:w="0" w:type="auto"/>
        <w:jc w:val="center"/>
        <w:tblLook w:val="04A0" w:firstRow="1" w:lastRow="0" w:firstColumn="1" w:lastColumn="0" w:noHBand="0" w:noVBand="1"/>
      </w:tblPr>
      <w:tblGrid>
        <w:gridCol w:w="10200"/>
      </w:tblGrid>
      <w:tr w:rsidR="00C236FD" w14:paraId="26721D94"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0CFECFAF" w14:textId="77777777" w:rsidR="00C236FD" w:rsidRDefault="00000000">
            <w:pPr>
              <w:pStyle w:val="SectionBox"/>
            </w:pPr>
            <w:r>
              <w:rPr>
                <w:sz w:val="18"/>
              </w:rPr>
              <w:t>7. REGOLARITÀ CONTRIBUTIVA E ASSICURATIVA</w:t>
            </w:r>
          </w:p>
        </w:tc>
      </w:tr>
    </w:tbl>
    <w:p w14:paraId="02E588AB" w14:textId="77777777" w:rsidR="00C236FD" w:rsidRDefault="00C236FD">
      <w:pPr>
        <w:spacing w:after="0"/>
      </w:pPr>
    </w:p>
    <w:p w14:paraId="3AB8A9B1" w14:textId="77777777" w:rsidR="00C236FD" w:rsidRDefault="00000000">
      <w:pPr>
        <w:spacing w:after="20"/>
      </w:pPr>
      <w:r>
        <w:rPr>
          <w:sz w:val="18"/>
        </w:rPr>
        <w:t>☐  L’Ente ha personale dipendente ed è soggetto agli obblighi contributivi e assicurativi.</w:t>
      </w:r>
    </w:p>
    <w:p w14:paraId="5952AD2A" w14:textId="77777777" w:rsidR="00C236FD" w:rsidRDefault="00000000">
      <w:pPr>
        <w:spacing w:after="20"/>
      </w:pPr>
      <w:r>
        <w:rPr>
          <w:sz w:val="18"/>
        </w:rPr>
        <w:t>☐  L’Ente non ha personale dipendente / non è soggetto a una o più delle posizioni sotto indicate.</w:t>
      </w:r>
    </w:p>
    <w:tbl>
      <w:tblPr>
        <w:tblW w:w="0" w:type="auto"/>
        <w:jc w:val="center"/>
        <w:tblLayout w:type="fixed"/>
        <w:tblLook w:val="04A0" w:firstRow="1" w:lastRow="0" w:firstColumn="1" w:lastColumn="0" w:noHBand="0" w:noVBand="1"/>
      </w:tblPr>
      <w:tblGrid>
        <w:gridCol w:w="2835"/>
        <w:gridCol w:w="6236"/>
      </w:tblGrid>
      <w:tr w:rsidR="00C236FD" w14:paraId="0A87F0DB"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53CA0823" w14:textId="77777777" w:rsidR="00C236FD" w:rsidRDefault="00000000">
            <w:r>
              <w:rPr>
                <w:b/>
                <w:sz w:val="17"/>
              </w:rPr>
              <w:t>INPS</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08A7056E" w14:textId="77777777" w:rsidR="00C236FD" w:rsidRDefault="00000000">
            <w:r>
              <w:rPr>
                <w:sz w:val="18"/>
              </w:rPr>
              <w:t>Matricola __________________________  Sede competente ______________________________</w:t>
            </w:r>
          </w:p>
        </w:tc>
      </w:tr>
      <w:tr w:rsidR="00C236FD" w14:paraId="397B939D"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1C2FB543" w14:textId="77777777" w:rsidR="00C236FD" w:rsidRDefault="00000000">
            <w:r>
              <w:rPr>
                <w:b/>
                <w:sz w:val="17"/>
              </w:rPr>
              <w:t>INAIL</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6D498B8D" w14:textId="77777777" w:rsidR="00C236FD" w:rsidRDefault="00000000">
            <w:r>
              <w:rPr>
                <w:sz w:val="18"/>
              </w:rPr>
              <w:t>Codice ditta _____________________  PAT __________________  Sede __________________</w:t>
            </w:r>
          </w:p>
        </w:tc>
      </w:tr>
      <w:tr w:rsidR="00C236FD" w14:paraId="2CC9F30F"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54DABD62" w14:textId="77777777" w:rsidR="00C236FD" w:rsidRDefault="00000000">
            <w:r>
              <w:rPr>
                <w:b/>
                <w:sz w:val="17"/>
              </w:rPr>
              <w:t>Altra posizione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66A04027" w14:textId="77777777" w:rsidR="00C236FD" w:rsidRDefault="00000000">
            <w:r>
              <w:rPr>
                <w:sz w:val="18"/>
              </w:rPr>
              <w:t>________________________________________________________________________________</w:t>
            </w:r>
          </w:p>
        </w:tc>
      </w:tr>
    </w:tbl>
    <w:p w14:paraId="5A7E4696" w14:textId="77777777" w:rsidR="00C236FD" w:rsidRDefault="00C236FD">
      <w:pPr>
        <w:spacing w:after="20"/>
      </w:pPr>
    </w:p>
    <w:p w14:paraId="3966D4EA" w14:textId="77777777" w:rsidR="00C236FD" w:rsidRDefault="00000000">
      <w:pPr>
        <w:ind w:left="198" w:hanging="198"/>
      </w:pPr>
      <w:r>
        <w:rPr>
          <w:sz w:val="18"/>
        </w:rPr>
        <w:t>Dichiara che le predette posizioni risultano regolari e autorizza il Comune di Campora ad acquisire d’ufficio le certificazioni e informazioni previste dalla normativa vigente.</w:t>
      </w:r>
    </w:p>
    <w:tbl>
      <w:tblPr>
        <w:tblW w:w="0" w:type="auto"/>
        <w:jc w:val="center"/>
        <w:tblLook w:val="04A0" w:firstRow="1" w:lastRow="0" w:firstColumn="1" w:lastColumn="0" w:noHBand="0" w:noVBand="1"/>
      </w:tblPr>
      <w:tblGrid>
        <w:gridCol w:w="10200"/>
      </w:tblGrid>
      <w:tr w:rsidR="00C236FD" w14:paraId="3F9D777F"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3902E87B" w14:textId="77777777" w:rsidR="00C236FD" w:rsidRDefault="00000000">
            <w:pPr>
              <w:pStyle w:val="SectionBox"/>
            </w:pPr>
            <w:r>
              <w:rPr>
                <w:sz w:val="18"/>
              </w:rPr>
              <w:t>8. ESPERIENZA NELL’ACCOGLIENZA DEGLI STRANIERI</w:t>
            </w:r>
          </w:p>
        </w:tc>
      </w:tr>
    </w:tbl>
    <w:p w14:paraId="16FE218D" w14:textId="77777777" w:rsidR="00C236FD" w:rsidRDefault="00C236FD">
      <w:pPr>
        <w:spacing w:after="0"/>
      </w:pPr>
    </w:p>
    <w:tbl>
      <w:tblPr>
        <w:tblW w:w="0" w:type="auto"/>
        <w:jc w:val="center"/>
        <w:tblLook w:val="04A0" w:firstRow="1" w:lastRow="0" w:firstColumn="1" w:lastColumn="0" w:noHBand="0" w:noVBand="1"/>
      </w:tblPr>
      <w:tblGrid>
        <w:gridCol w:w="10200"/>
      </w:tblGrid>
      <w:tr w:rsidR="00C236FD" w14:paraId="460B1A7E" w14:textId="77777777">
        <w:trPr>
          <w:jc w:val="center"/>
        </w:trPr>
        <w:tc>
          <w:tcPr>
            <w:tcW w:w="10200" w:type="dxa"/>
            <w:tcBorders>
              <w:top w:val="single" w:sz="10" w:space="0" w:color="1F4E79"/>
              <w:left w:val="single" w:sz="10" w:space="0" w:color="1F4E79"/>
              <w:bottom w:val="single" w:sz="10" w:space="0" w:color="1F4E79"/>
              <w:right w:val="single" w:sz="10" w:space="0" w:color="1F4E79"/>
            </w:tcBorders>
            <w:shd w:val="clear" w:color="auto" w:fill="EAF1F8"/>
            <w:tcMar>
              <w:top w:w="120" w:type="dxa"/>
              <w:left w:w="140" w:type="dxa"/>
              <w:bottom w:w="120" w:type="dxa"/>
              <w:right w:w="140" w:type="dxa"/>
            </w:tcMar>
          </w:tcPr>
          <w:p w14:paraId="2E59CC9B" w14:textId="77777777" w:rsidR="00C236FD" w:rsidRDefault="00000000">
            <w:pPr>
              <w:spacing w:after="0"/>
            </w:pPr>
            <w:r>
              <w:rPr>
                <w:sz w:val="18"/>
              </w:rPr>
              <w:t>REQUISITO: esperienza almeno biennale e consecutiva nell’ultimo quinquennio nell’accoglienza degli stranieri, debitamente documentata e coerente con l’Avviso.</w:t>
            </w:r>
          </w:p>
        </w:tc>
      </w:tr>
    </w:tbl>
    <w:p w14:paraId="330438DA" w14:textId="77777777" w:rsidR="00C236FD" w:rsidRDefault="00C236FD">
      <w:pPr>
        <w:spacing w:after="20"/>
      </w:pPr>
    </w:p>
    <w:p w14:paraId="4405DE4F" w14:textId="77777777" w:rsidR="00C236FD" w:rsidRDefault="00000000">
      <w:r>
        <w:rPr>
          <w:b/>
          <w:color w:val="1F4E79"/>
        </w:rPr>
        <w:t>Esperienza n. 1</w:t>
      </w:r>
    </w:p>
    <w:tbl>
      <w:tblPr>
        <w:tblW w:w="0" w:type="auto"/>
        <w:jc w:val="center"/>
        <w:tblLayout w:type="fixed"/>
        <w:tblLook w:val="04A0" w:firstRow="1" w:lastRow="0" w:firstColumn="1" w:lastColumn="0" w:noHBand="0" w:noVBand="1"/>
      </w:tblPr>
      <w:tblGrid>
        <w:gridCol w:w="2835"/>
        <w:gridCol w:w="6236"/>
      </w:tblGrid>
      <w:tr w:rsidR="00C236FD" w14:paraId="1175E83A"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302E51BE" w14:textId="77777777" w:rsidR="00C236FD" w:rsidRDefault="00000000">
            <w:r>
              <w:rPr>
                <w:b/>
                <w:sz w:val="17"/>
              </w:rPr>
              <w:t>Ente pubblico / committente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7C02C614" w14:textId="77777777" w:rsidR="00C236FD" w:rsidRDefault="00000000">
            <w:r>
              <w:rPr>
                <w:sz w:val="18"/>
              </w:rPr>
              <w:t>________________________________________________________________________________</w:t>
            </w:r>
          </w:p>
        </w:tc>
      </w:tr>
      <w:tr w:rsidR="00C236FD" w14:paraId="30511AA4"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735AAF64" w14:textId="77777777" w:rsidR="00C236FD" w:rsidRDefault="00000000">
            <w:r>
              <w:rPr>
                <w:b/>
                <w:sz w:val="17"/>
              </w:rPr>
              <w:t>Tipologia di servizio</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7907839D" w14:textId="77777777" w:rsidR="00C236FD" w:rsidRDefault="00000000">
            <w:r>
              <w:rPr>
                <w:sz w:val="18"/>
              </w:rPr>
              <w:t>________________________________________________________________________________</w:t>
            </w:r>
          </w:p>
        </w:tc>
      </w:tr>
      <w:tr w:rsidR="00C236FD" w14:paraId="3FA0DAF3"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3277E21E" w14:textId="77777777" w:rsidR="00C236FD" w:rsidRDefault="00000000">
            <w:r>
              <w:rPr>
                <w:b/>
                <w:sz w:val="17"/>
              </w:rPr>
              <w:t>Destinatari</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3C2A58E3" w14:textId="77777777" w:rsidR="00C236FD" w:rsidRDefault="00000000">
            <w:r>
              <w:rPr>
                <w:sz w:val="18"/>
              </w:rPr>
              <w:t>________________________________________________________________________________</w:t>
            </w:r>
          </w:p>
        </w:tc>
      </w:tr>
      <w:tr w:rsidR="00C236FD" w14:paraId="5283C7B2"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18FC77FE" w14:textId="77777777" w:rsidR="00C236FD" w:rsidRDefault="00000000">
            <w:r>
              <w:rPr>
                <w:b/>
                <w:sz w:val="17"/>
              </w:rPr>
              <w:lastRenderedPageBreak/>
              <w:t>Periodo</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28940B57" w14:textId="77777777" w:rsidR="00C236FD" w:rsidRDefault="00000000">
            <w:r>
              <w:rPr>
                <w:sz w:val="18"/>
              </w:rPr>
              <w:t>Data inizio _______________________  Data fine _______________________</w:t>
            </w:r>
          </w:p>
        </w:tc>
      </w:tr>
      <w:tr w:rsidR="00C236FD" w14:paraId="5E33DF70"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2490CF42" w14:textId="77777777" w:rsidR="00C236FD" w:rsidRDefault="00000000">
            <w:r>
              <w:rPr>
                <w:b/>
                <w:sz w:val="17"/>
              </w:rPr>
              <w:t>Beneficiari / posti</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626BD76A" w14:textId="77777777" w:rsidR="00C236FD" w:rsidRDefault="00000000">
            <w:r>
              <w:rPr>
                <w:sz w:val="18"/>
              </w:rPr>
              <w:t>________________________________________________________________________________</w:t>
            </w:r>
          </w:p>
        </w:tc>
      </w:tr>
      <w:tr w:rsidR="00C236FD" w14:paraId="3BFACE3D"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070FB50A" w14:textId="77777777" w:rsidR="00C236FD" w:rsidRDefault="00000000">
            <w:r>
              <w:rPr>
                <w:b/>
                <w:sz w:val="17"/>
              </w:rPr>
              <w:t>Importo / valore, se pertinente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00A102F3" w14:textId="77777777" w:rsidR="00C236FD" w:rsidRDefault="00000000">
            <w:r>
              <w:rPr>
                <w:sz w:val="18"/>
              </w:rPr>
              <w:t>________________________________________________________________________________</w:t>
            </w:r>
          </w:p>
        </w:tc>
      </w:tr>
      <w:tr w:rsidR="00C236FD" w14:paraId="39913CD5"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1FC6C937" w14:textId="77777777" w:rsidR="00C236FD" w:rsidRDefault="00000000">
            <w:r>
              <w:rPr>
                <w:b/>
                <w:sz w:val="17"/>
              </w:rPr>
              <w:t>Descrizione sintetica</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2821F3C3" w14:textId="77777777" w:rsidR="00C236FD" w:rsidRDefault="00000000">
            <w:r>
              <w:rPr>
                <w:sz w:val="18"/>
              </w:rPr>
              <w:t>________________________________________________________________________________</w:t>
            </w:r>
            <w:r>
              <w:rPr>
                <w:sz w:val="18"/>
              </w:rPr>
              <w:br/>
              <w:t>________________________________________________________________________________</w:t>
            </w:r>
          </w:p>
        </w:tc>
      </w:tr>
    </w:tbl>
    <w:p w14:paraId="13D78BAD" w14:textId="77777777" w:rsidR="00C236FD" w:rsidRDefault="00C236FD">
      <w:pPr>
        <w:spacing w:after="20"/>
      </w:pPr>
    </w:p>
    <w:p w14:paraId="4F162C96" w14:textId="77777777" w:rsidR="00C236FD" w:rsidRDefault="00000000">
      <w:r>
        <w:rPr>
          <w:b/>
          <w:color w:val="1F4E79"/>
        </w:rPr>
        <w:t>Esperienza n. 2</w:t>
      </w:r>
    </w:p>
    <w:tbl>
      <w:tblPr>
        <w:tblW w:w="0" w:type="auto"/>
        <w:jc w:val="center"/>
        <w:tblLayout w:type="fixed"/>
        <w:tblLook w:val="04A0" w:firstRow="1" w:lastRow="0" w:firstColumn="1" w:lastColumn="0" w:noHBand="0" w:noVBand="1"/>
      </w:tblPr>
      <w:tblGrid>
        <w:gridCol w:w="2835"/>
        <w:gridCol w:w="6236"/>
      </w:tblGrid>
      <w:tr w:rsidR="00C236FD" w14:paraId="2741241D"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20B94DF0" w14:textId="77777777" w:rsidR="00C236FD" w:rsidRDefault="00000000">
            <w:r>
              <w:rPr>
                <w:b/>
                <w:sz w:val="17"/>
              </w:rPr>
              <w:t>Ente pubblico / committente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7FEFA2B0" w14:textId="77777777" w:rsidR="00C236FD" w:rsidRDefault="00000000">
            <w:r>
              <w:rPr>
                <w:sz w:val="18"/>
              </w:rPr>
              <w:t>________________________________________________________________________________</w:t>
            </w:r>
          </w:p>
        </w:tc>
      </w:tr>
      <w:tr w:rsidR="00C236FD" w14:paraId="502DCC94"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09132EDA" w14:textId="77777777" w:rsidR="00C236FD" w:rsidRDefault="00000000">
            <w:r>
              <w:rPr>
                <w:b/>
                <w:sz w:val="17"/>
              </w:rPr>
              <w:t>Tipologia di servizio</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3FF90B28" w14:textId="77777777" w:rsidR="00C236FD" w:rsidRDefault="00000000">
            <w:r>
              <w:rPr>
                <w:sz w:val="18"/>
              </w:rPr>
              <w:t>________________________________________________________________________________</w:t>
            </w:r>
          </w:p>
        </w:tc>
      </w:tr>
      <w:tr w:rsidR="00C236FD" w14:paraId="53B48B42"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080E3BCF" w14:textId="77777777" w:rsidR="00C236FD" w:rsidRDefault="00000000">
            <w:r>
              <w:rPr>
                <w:b/>
                <w:sz w:val="17"/>
              </w:rPr>
              <w:t>Destinatari</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25193936" w14:textId="77777777" w:rsidR="00C236FD" w:rsidRDefault="00000000">
            <w:r>
              <w:rPr>
                <w:sz w:val="18"/>
              </w:rPr>
              <w:t>________________________________________________________________________________</w:t>
            </w:r>
          </w:p>
        </w:tc>
      </w:tr>
      <w:tr w:rsidR="00C236FD" w14:paraId="1BF92A49"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504F371F" w14:textId="77777777" w:rsidR="00C236FD" w:rsidRDefault="00000000">
            <w:r>
              <w:rPr>
                <w:b/>
                <w:sz w:val="17"/>
              </w:rPr>
              <w:t>Periodo</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0A02796E" w14:textId="77777777" w:rsidR="00C236FD" w:rsidRDefault="00000000">
            <w:r>
              <w:rPr>
                <w:sz w:val="18"/>
              </w:rPr>
              <w:t>Data inizio _______________________  Data fine _______________________</w:t>
            </w:r>
          </w:p>
        </w:tc>
      </w:tr>
      <w:tr w:rsidR="00C236FD" w14:paraId="5012E19A"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40D7E446" w14:textId="77777777" w:rsidR="00C236FD" w:rsidRDefault="00000000">
            <w:r>
              <w:rPr>
                <w:b/>
                <w:sz w:val="17"/>
              </w:rPr>
              <w:t>Beneficiari / posti</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355D1C49" w14:textId="77777777" w:rsidR="00C236FD" w:rsidRDefault="00000000">
            <w:r>
              <w:rPr>
                <w:sz w:val="18"/>
              </w:rPr>
              <w:t>________________________________________________________________________________</w:t>
            </w:r>
          </w:p>
        </w:tc>
      </w:tr>
      <w:tr w:rsidR="00C236FD" w14:paraId="0345233C"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7F65BCEA" w14:textId="77777777" w:rsidR="00C236FD" w:rsidRDefault="00000000">
            <w:r>
              <w:rPr>
                <w:b/>
                <w:sz w:val="17"/>
              </w:rPr>
              <w:t>Importo / valore, se pertinente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7D0D5364" w14:textId="77777777" w:rsidR="00C236FD" w:rsidRDefault="00000000">
            <w:r>
              <w:rPr>
                <w:sz w:val="18"/>
              </w:rPr>
              <w:t>________________________________________________________________________________</w:t>
            </w:r>
          </w:p>
        </w:tc>
      </w:tr>
      <w:tr w:rsidR="00C236FD" w14:paraId="74766D56"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0E656AAC" w14:textId="77777777" w:rsidR="00C236FD" w:rsidRDefault="00000000">
            <w:r>
              <w:rPr>
                <w:b/>
                <w:sz w:val="17"/>
              </w:rPr>
              <w:t>Descrizione sintetica</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63BA12F7" w14:textId="77777777" w:rsidR="00C236FD" w:rsidRDefault="00000000">
            <w:r>
              <w:rPr>
                <w:sz w:val="18"/>
              </w:rPr>
              <w:t>________________________________________________________________________________</w:t>
            </w:r>
            <w:r>
              <w:rPr>
                <w:sz w:val="18"/>
              </w:rPr>
              <w:br/>
              <w:t>________________________________________________________________________________</w:t>
            </w:r>
          </w:p>
        </w:tc>
      </w:tr>
    </w:tbl>
    <w:p w14:paraId="7E4D73C0" w14:textId="77777777" w:rsidR="00C236FD" w:rsidRDefault="00C236FD">
      <w:pPr>
        <w:spacing w:after="20"/>
      </w:pPr>
    </w:p>
    <w:p w14:paraId="7C5E8229" w14:textId="77777777" w:rsidR="00C236FD" w:rsidRDefault="00000000">
      <w:pPr>
        <w:ind w:left="198" w:hanging="198"/>
      </w:pPr>
      <w:r>
        <w:rPr>
          <w:sz w:val="18"/>
        </w:rPr>
        <w:t>Ulteriori esperienze:</w:t>
      </w:r>
    </w:p>
    <w:tbl>
      <w:tblPr>
        <w:tblW w:w="0" w:type="auto"/>
        <w:jc w:val="center"/>
        <w:tblLayout w:type="fixed"/>
        <w:tblLook w:val="04A0" w:firstRow="1" w:lastRow="0" w:firstColumn="1" w:lastColumn="0" w:noHBand="0" w:noVBand="1"/>
      </w:tblPr>
      <w:tblGrid>
        <w:gridCol w:w="2835"/>
        <w:gridCol w:w="6236"/>
      </w:tblGrid>
      <w:tr w:rsidR="00C236FD" w14:paraId="529CC8EE"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50B45102" w14:textId="77777777" w:rsidR="00C236FD" w:rsidRDefault="00000000">
            <w:r>
              <w:rPr>
                <w:b/>
                <w:sz w:val="17"/>
              </w:rPr>
              <w:t>Descrizione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3094AC25" w14:textId="77777777" w:rsidR="00C236FD" w:rsidRDefault="00000000">
            <w:r>
              <w:rPr>
                <w:sz w:val="18"/>
              </w:rPr>
              <w:t>________________________________________________________________________________</w:t>
            </w:r>
            <w:r>
              <w:rPr>
                <w:sz w:val="18"/>
              </w:rPr>
              <w:br/>
              <w:t>________________________________________________________________________________</w:t>
            </w:r>
            <w:r>
              <w:rPr>
                <w:sz w:val="18"/>
              </w:rPr>
              <w:br/>
              <w:t>________________________________________________________________________________</w:t>
            </w:r>
          </w:p>
        </w:tc>
      </w:tr>
    </w:tbl>
    <w:p w14:paraId="63D522DB" w14:textId="77777777" w:rsidR="00C236FD" w:rsidRDefault="00C236FD">
      <w:pPr>
        <w:spacing w:after="20"/>
      </w:pPr>
    </w:p>
    <w:p w14:paraId="02A727F2" w14:textId="77777777" w:rsidR="00C236FD" w:rsidRDefault="00000000">
      <w:pPr>
        <w:ind w:left="198" w:hanging="198"/>
      </w:pPr>
      <w:r>
        <w:rPr>
          <w:sz w:val="18"/>
        </w:rPr>
        <w:t>Il sottoscritto si impegna a produrre, su richiesta dell’Amministrazione, la documentazione necessaria a comprovare quanto dichiarato.</w:t>
      </w:r>
    </w:p>
    <w:tbl>
      <w:tblPr>
        <w:tblW w:w="0" w:type="auto"/>
        <w:jc w:val="center"/>
        <w:tblLook w:val="04A0" w:firstRow="1" w:lastRow="0" w:firstColumn="1" w:lastColumn="0" w:noHBand="0" w:noVBand="1"/>
      </w:tblPr>
      <w:tblGrid>
        <w:gridCol w:w="10200"/>
      </w:tblGrid>
      <w:tr w:rsidR="00C236FD" w14:paraId="53DAC78F"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61B4101B" w14:textId="77777777" w:rsidR="00C236FD" w:rsidRDefault="00000000">
            <w:pPr>
              <w:pStyle w:val="SectionBox"/>
            </w:pPr>
            <w:r>
              <w:rPr>
                <w:sz w:val="18"/>
              </w:rPr>
              <w:t>9. CAPACITÀ TECNICA, ORGANIZZATIVA E PROFESSIONALE</w:t>
            </w:r>
          </w:p>
        </w:tc>
      </w:tr>
    </w:tbl>
    <w:p w14:paraId="0B268B13" w14:textId="77777777" w:rsidR="00C236FD" w:rsidRDefault="00C236FD">
      <w:pPr>
        <w:spacing w:after="0"/>
      </w:pPr>
    </w:p>
    <w:p w14:paraId="60B20E60" w14:textId="77777777" w:rsidR="00C236FD" w:rsidRDefault="00000000">
      <w:pPr>
        <w:ind w:left="198" w:hanging="198"/>
      </w:pPr>
      <w:r>
        <w:rPr>
          <w:sz w:val="18"/>
        </w:rPr>
        <w:t>L’Ente dispone o è in grado di assicurare, in caso di finanziamento del progetto, una struttura organizzativa adeguata alla realizzazione dei servizi SAI e alla gestione degli obblighi amministrativi, di monitoraggio e rendicontazione.</w:t>
      </w:r>
    </w:p>
    <w:p w14:paraId="29DE54BD" w14:textId="77777777" w:rsidR="00C236FD" w:rsidRDefault="00000000">
      <w:pPr>
        <w:spacing w:after="20"/>
      </w:pPr>
      <w:r>
        <w:rPr>
          <w:sz w:val="18"/>
        </w:rPr>
        <w:t>☐  coordinamento/responsabilità di progetto</w:t>
      </w:r>
    </w:p>
    <w:p w14:paraId="5165A4A9" w14:textId="77777777" w:rsidR="00C236FD" w:rsidRDefault="00000000">
      <w:pPr>
        <w:spacing w:after="20"/>
      </w:pPr>
      <w:r>
        <w:rPr>
          <w:sz w:val="18"/>
        </w:rPr>
        <w:t>☐  servizio sociale e presa in carico</w:t>
      </w:r>
    </w:p>
    <w:p w14:paraId="436AC49B" w14:textId="77777777" w:rsidR="00C236FD" w:rsidRDefault="00000000">
      <w:pPr>
        <w:spacing w:after="20"/>
      </w:pPr>
      <w:r>
        <w:rPr>
          <w:sz w:val="18"/>
        </w:rPr>
        <w:t>☐  mediazione linguistico-culturale</w:t>
      </w:r>
    </w:p>
    <w:p w14:paraId="720546A5" w14:textId="77777777" w:rsidR="00C236FD" w:rsidRDefault="00000000">
      <w:pPr>
        <w:spacing w:after="20"/>
      </w:pPr>
      <w:r>
        <w:rPr>
          <w:sz w:val="18"/>
        </w:rPr>
        <w:t>☐  educazione e accompagnamento sociale</w:t>
      </w:r>
    </w:p>
    <w:p w14:paraId="4F742E10" w14:textId="77777777" w:rsidR="00C236FD" w:rsidRDefault="00000000">
      <w:pPr>
        <w:spacing w:after="20"/>
      </w:pPr>
      <w:r>
        <w:rPr>
          <w:sz w:val="18"/>
        </w:rPr>
        <w:t>☐  orientamento e integrazione socio-sanitaria</w:t>
      </w:r>
    </w:p>
    <w:p w14:paraId="3717FB0C" w14:textId="77777777" w:rsidR="00C236FD" w:rsidRDefault="00000000">
      <w:pPr>
        <w:spacing w:after="20"/>
      </w:pPr>
      <w:r>
        <w:rPr>
          <w:sz w:val="18"/>
        </w:rPr>
        <w:t>☐  orientamento legale</w:t>
      </w:r>
    </w:p>
    <w:p w14:paraId="2E06D008" w14:textId="77777777" w:rsidR="00C236FD" w:rsidRDefault="00000000">
      <w:pPr>
        <w:spacing w:after="20"/>
      </w:pPr>
      <w:r>
        <w:rPr>
          <w:sz w:val="18"/>
        </w:rPr>
        <w:t>☐  orientamento formativo e professionale</w:t>
      </w:r>
    </w:p>
    <w:p w14:paraId="5667801F" w14:textId="77777777" w:rsidR="00C236FD" w:rsidRDefault="00000000">
      <w:pPr>
        <w:spacing w:after="20"/>
      </w:pPr>
      <w:r>
        <w:rPr>
          <w:sz w:val="18"/>
        </w:rPr>
        <w:lastRenderedPageBreak/>
        <w:t>☐  accompagnamento all’inserimento lavorativo</w:t>
      </w:r>
    </w:p>
    <w:p w14:paraId="5BAB0E76" w14:textId="77777777" w:rsidR="00C236FD" w:rsidRDefault="00000000">
      <w:pPr>
        <w:spacing w:after="20"/>
      </w:pPr>
      <w:r>
        <w:rPr>
          <w:sz w:val="18"/>
        </w:rPr>
        <w:t>☐  accompagnamento all’inserimento abitativo</w:t>
      </w:r>
    </w:p>
    <w:p w14:paraId="4C569F9B" w14:textId="77777777" w:rsidR="00C236FD" w:rsidRDefault="00000000">
      <w:pPr>
        <w:spacing w:after="20"/>
      </w:pPr>
      <w:r>
        <w:rPr>
          <w:sz w:val="18"/>
        </w:rPr>
        <w:t>☐  amministrazione</w:t>
      </w:r>
    </w:p>
    <w:p w14:paraId="3235D5E0" w14:textId="77777777" w:rsidR="00C236FD" w:rsidRDefault="00000000">
      <w:pPr>
        <w:spacing w:after="20"/>
      </w:pPr>
      <w:r>
        <w:rPr>
          <w:sz w:val="18"/>
        </w:rPr>
        <w:t>☐  monitoraggio e rendicontazione</w:t>
      </w:r>
    </w:p>
    <w:p w14:paraId="565AC0AD" w14:textId="77777777" w:rsidR="00C236FD" w:rsidRDefault="00000000">
      <w:pPr>
        <w:spacing w:after="20"/>
      </w:pPr>
      <w:r>
        <w:rPr>
          <w:sz w:val="18"/>
        </w:rPr>
        <w:t>☐  ulteriori figure: ______________________________________________</w:t>
      </w:r>
    </w:p>
    <w:p w14:paraId="729E7F91" w14:textId="77777777" w:rsidR="00C236FD" w:rsidRDefault="00000000">
      <w:pPr>
        <w:ind w:left="198" w:hanging="198"/>
      </w:pPr>
      <w:r>
        <w:rPr>
          <w:sz w:val="18"/>
        </w:rPr>
        <w:t>Le professionalità indicate nella proposta saranno impiegate nel rispetto dei requisiti previsti dalla normativa, dal D.M. 18 novembre 2019, dall’Avviso ministeriale e dal progetto definitivo.</w:t>
      </w:r>
    </w:p>
    <w:tbl>
      <w:tblPr>
        <w:tblW w:w="0" w:type="auto"/>
        <w:jc w:val="center"/>
        <w:tblLook w:val="04A0" w:firstRow="1" w:lastRow="0" w:firstColumn="1" w:lastColumn="0" w:noHBand="0" w:noVBand="1"/>
      </w:tblPr>
      <w:tblGrid>
        <w:gridCol w:w="10200"/>
      </w:tblGrid>
      <w:tr w:rsidR="00C236FD" w14:paraId="5EEAF186"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4590CBE5" w14:textId="77777777" w:rsidR="00C236FD" w:rsidRDefault="00000000">
            <w:pPr>
              <w:pStyle w:val="SectionBox"/>
            </w:pPr>
            <w:r>
              <w:rPr>
                <w:sz w:val="18"/>
              </w:rPr>
              <w:t>10. STRUTTURE DI ACCOGLIENZA</w:t>
            </w:r>
          </w:p>
        </w:tc>
      </w:tr>
    </w:tbl>
    <w:p w14:paraId="764079A4" w14:textId="77777777" w:rsidR="00C236FD" w:rsidRDefault="00C236FD">
      <w:pPr>
        <w:spacing w:after="0"/>
      </w:pPr>
    </w:p>
    <w:p w14:paraId="22879239" w14:textId="77777777" w:rsidR="00C236FD" w:rsidRDefault="00000000">
      <w:pPr>
        <w:spacing w:after="20"/>
      </w:pPr>
      <w:r>
        <w:rPr>
          <w:sz w:val="18"/>
        </w:rPr>
        <w:t>☐  L’Ente dispone già di strutture idonee o potenzialmente idonee: ____________________________________________</w:t>
      </w:r>
    </w:p>
    <w:p w14:paraId="4601621C" w14:textId="77777777" w:rsidR="00C236FD" w:rsidRDefault="00000000">
      <w:pPr>
        <w:spacing w:after="20"/>
      </w:pPr>
      <w:r>
        <w:rPr>
          <w:sz w:val="18"/>
        </w:rPr>
        <w:t>☐  L’Ente ha individuato strutture concretamente reperibili e attivabili in caso di finanziamento: ____________________</w:t>
      </w:r>
    </w:p>
    <w:p w14:paraId="3E1D9800" w14:textId="77777777" w:rsidR="00C236FD" w:rsidRDefault="00000000">
      <w:pPr>
        <w:spacing w:after="20"/>
      </w:pPr>
      <w:r>
        <w:rPr>
          <w:sz w:val="18"/>
        </w:rPr>
        <w:t>☐  L’Ente si impegna a concorrere, nell’ambito della co-progettazione, alla individuazione delle strutture necessarie.</w:t>
      </w:r>
    </w:p>
    <w:tbl>
      <w:tblPr>
        <w:tblW w:w="0" w:type="auto"/>
        <w:jc w:val="center"/>
        <w:tblLayout w:type="fixed"/>
        <w:tblLook w:val="04A0" w:firstRow="1" w:lastRow="0" w:firstColumn="1" w:lastColumn="0" w:noHBand="0" w:noVBand="1"/>
      </w:tblPr>
      <w:tblGrid>
        <w:gridCol w:w="2835"/>
        <w:gridCol w:w="6236"/>
      </w:tblGrid>
      <w:tr w:rsidR="00C236FD" w14:paraId="462E3BBE"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105D0AF3" w14:textId="77777777" w:rsidR="00C236FD" w:rsidRDefault="00000000">
            <w:r>
              <w:rPr>
                <w:b/>
                <w:sz w:val="17"/>
              </w:rPr>
              <w:t>Ubicazione / struttura</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5C79C2AD" w14:textId="77777777" w:rsidR="00C236FD" w:rsidRDefault="00000000">
            <w:r>
              <w:rPr>
                <w:sz w:val="18"/>
              </w:rPr>
              <w:t>________________________________________________________________________________</w:t>
            </w:r>
          </w:p>
        </w:tc>
      </w:tr>
      <w:tr w:rsidR="00C236FD" w14:paraId="0F0151BC"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76B6BA24" w14:textId="77777777" w:rsidR="00C236FD" w:rsidRDefault="00000000">
            <w:r>
              <w:rPr>
                <w:b/>
                <w:sz w:val="17"/>
              </w:rPr>
              <w:t>Titolo di disponibilità</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5B0FFA47" w14:textId="77777777" w:rsidR="00C236FD" w:rsidRDefault="00000000">
            <w:r>
              <w:rPr>
                <w:sz w:val="18"/>
              </w:rPr>
              <w:t>________________________________________________________________________________</w:t>
            </w:r>
          </w:p>
        </w:tc>
      </w:tr>
      <w:tr w:rsidR="00C236FD" w14:paraId="3E491F71"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40A947E7" w14:textId="77777777" w:rsidR="00C236FD" w:rsidRDefault="00000000">
            <w:r>
              <w:rPr>
                <w:b/>
                <w:sz w:val="17"/>
              </w:rPr>
              <w:t>Capienza indicativa</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39384202" w14:textId="77777777" w:rsidR="00C236FD" w:rsidRDefault="00000000">
            <w:r>
              <w:rPr>
                <w:sz w:val="18"/>
              </w:rPr>
              <w:t>________________________________________________________________________________</w:t>
            </w:r>
          </w:p>
        </w:tc>
      </w:tr>
      <w:tr w:rsidR="00C236FD" w14:paraId="21167365"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16480E4A" w14:textId="77777777" w:rsidR="00C236FD" w:rsidRDefault="00000000">
            <w:r>
              <w:rPr>
                <w:b/>
                <w:sz w:val="17"/>
              </w:rPr>
              <w:t>Conformità / caratteristiche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6558F75C" w14:textId="77777777" w:rsidR="00C236FD" w:rsidRDefault="00000000">
            <w:r>
              <w:rPr>
                <w:sz w:val="18"/>
              </w:rPr>
              <w:t>________________________________________________________________________________</w:t>
            </w:r>
          </w:p>
        </w:tc>
      </w:tr>
    </w:tbl>
    <w:p w14:paraId="75559D8A" w14:textId="77777777" w:rsidR="00C236FD" w:rsidRDefault="00C236FD">
      <w:pPr>
        <w:spacing w:after="20"/>
      </w:pPr>
    </w:p>
    <w:p w14:paraId="22945667" w14:textId="77777777" w:rsidR="00C236FD" w:rsidRDefault="00C236FD">
      <w:pPr>
        <w:spacing w:after="20"/>
      </w:pPr>
    </w:p>
    <w:tbl>
      <w:tblPr>
        <w:tblW w:w="0" w:type="auto"/>
        <w:jc w:val="center"/>
        <w:tblLook w:val="04A0" w:firstRow="1" w:lastRow="0" w:firstColumn="1" w:lastColumn="0" w:noHBand="0" w:noVBand="1"/>
      </w:tblPr>
      <w:tblGrid>
        <w:gridCol w:w="10200"/>
      </w:tblGrid>
      <w:tr w:rsidR="00C236FD" w14:paraId="76D8F24E"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2FC36A7C" w14:textId="77777777" w:rsidR="00C236FD" w:rsidRDefault="00000000">
            <w:pPr>
              <w:pStyle w:val="SectionBox"/>
            </w:pPr>
            <w:r>
              <w:rPr>
                <w:sz w:val="18"/>
              </w:rPr>
              <w:t>11. RETE TERRITORIALE</w:t>
            </w:r>
          </w:p>
        </w:tc>
      </w:tr>
    </w:tbl>
    <w:p w14:paraId="7BD4A3AD" w14:textId="77777777" w:rsidR="00C236FD" w:rsidRDefault="00C236FD">
      <w:pPr>
        <w:spacing w:after="0"/>
      </w:pPr>
    </w:p>
    <w:p w14:paraId="2798221B" w14:textId="77777777" w:rsidR="00C236FD" w:rsidRDefault="00000000">
      <w:pPr>
        <w:ind w:left="198" w:hanging="198"/>
      </w:pPr>
      <w:r>
        <w:rPr>
          <w:sz w:val="18"/>
        </w:rPr>
        <w:t>Ai fini della realizzazione del progetto, l’Ente dispone o intende sviluppare rapporti di collaborazione con:</w:t>
      </w:r>
    </w:p>
    <w:p w14:paraId="12611BD6" w14:textId="77777777" w:rsidR="00C236FD" w:rsidRDefault="00000000">
      <w:pPr>
        <w:spacing w:after="20"/>
      </w:pPr>
      <w:r>
        <w:rPr>
          <w:sz w:val="18"/>
        </w:rPr>
        <w:t>☐  servizi sociali</w:t>
      </w:r>
    </w:p>
    <w:p w14:paraId="327592CC" w14:textId="77777777" w:rsidR="00C236FD" w:rsidRDefault="00000000">
      <w:pPr>
        <w:spacing w:after="20"/>
      </w:pPr>
      <w:r>
        <w:rPr>
          <w:sz w:val="18"/>
        </w:rPr>
        <w:t>☐  servizi sanitari</w:t>
      </w:r>
    </w:p>
    <w:p w14:paraId="638D5C79" w14:textId="77777777" w:rsidR="00C236FD" w:rsidRDefault="00000000">
      <w:pPr>
        <w:spacing w:after="20"/>
      </w:pPr>
      <w:r>
        <w:rPr>
          <w:sz w:val="18"/>
        </w:rPr>
        <w:t>☐  istituzioni scolastiche</w:t>
      </w:r>
    </w:p>
    <w:p w14:paraId="412168EC" w14:textId="77777777" w:rsidR="00C236FD" w:rsidRDefault="00000000">
      <w:pPr>
        <w:spacing w:after="20"/>
      </w:pPr>
      <w:r>
        <w:rPr>
          <w:sz w:val="18"/>
        </w:rPr>
        <w:t>☐  enti di formazione</w:t>
      </w:r>
    </w:p>
    <w:p w14:paraId="39C2ECD8" w14:textId="77777777" w:rsidR="00C236FD" w:rsidRDefault="00000000">
      <w:pPr>
        <w:spacing w:after="20"/>
      </w:pPr>
      <w:r>
        <w:rPr>
          <w:sz w:val="18"/>
        </w:rPr>
        <w:t>☐  Centri per l’Impiego</w:t>
      </w:r>
    </w:p>
    <w:p w14:paraId="0604DC69" w14:textId="77777777" w:rsidR="00C236FD" w:rsidRDefault="00000000">
      <w:pPr>
        <w:spacing w:after="20"/>
      </w:pPr>
      <w:r>
        <w:rPr>
          <w:sz w:val="18"/>
        </w:rPr>
        <w:t>☐  imprese e associazioni datoriali</w:t>
      </w:r>
    </w:p>
    <w:p w14:paraId="038855A1" w14:textId="77777777" w:rsidR="00C236FD" w:rsidRDefault="00000000">
      <w:pPr>
        <w:spacing w:after="20"/>
      </w:pPr>
      <w:r>
        <w:rPr>
          <w:sz w:val="18"/>
        </w:rPr>
        <w:t>☐  organizzazioni sindacali</w:t>
      </w:r>
    </w:p>
    <w:p w14:paraId="2049BEC8" w14:textId="77777777" w:rsidR="00C236FD" w:rsidRDefault="00000000">
      <w:pPr>
        <w:spacing w:after="20"/>
      </w:pPr>
      <w:r>
        <w:rPr>
          <w:sz w:val="18"/>
        </w:rPr>
        <w:t>☐  associazioni</w:t>
      </w:r>
    </w:p>
    <w:p w14:paraId="4828C876" w14:textId="77777777" w:rsidR="00C236FD" w:rsidRDefault="00000000">
      <w:pPr>
        <w:spacing w:after="20"/>
      </w:pPr>
      <w:r>
        <w:rPr>
          <w:sz w:val="18"/>
        </w:rPr>
        <w:t>☐  organizzazioni di volontariato</w:t>
      </w:r>
    </w:p>
    <w:p w14:paraId="5F9F2D7C" w14:textId="77777777" w:rsidR="00C236FD" w:rsidRDefault="00000000">
      <w:pPr>
        <w:spacing w:after="20"/>
      </w:pPr>
      <w:r>
        <w:rPr>
          <w:sz w:val="18"/>
        </w:rPr>
        <w:t>☐  enti religiosi</w:t>
      </w:r>
    </w:p>
    <w:p w14:paraId="78A0C6FC" w14:textId="77777777" w:rsidR="00C236FD" w:rsidRDefault="00000000">
      <w:pPr>
        <w:spacing w:after="20"/>
      </w:pPr>
      <w:r>
        <w:rPr>
          <w:sz w:val="18"/>
        </w:rPr>
        <w:t>☐  soggetti attivi nelle politiche abitative</w:t>
      </w:r>
    </w:p>
    <w:p w14:paraId="4AFEA2B0" w14:textId="77777777" w:rsidR="00C236FD" w:rsidRDefault="00000000">
      <w:pPr>
        <w:spacing w:after="20"/>
      </w:pPr>
      <w:r>
        <w:rPr>
          <w:sz w:val="18"/>
        </w:rPr>
        <w:t>☐  altri: ______________________________________________</w:t>
      </w:r>
    </w:p>
    <w:p w14:paraId="25B41E91" w14:textId="77777777" w:rsidR="00C236FD" w:rsidRDefault="00000000">
      <w:pPr>
        <w:ind w:left="198" w:hanging="198"/>
      </w:pPr>
      <w:r>
        <w:rPr>
          <w:sz w:val="18"/>
        </w:rPr>
        <w:t>Le eventuali lettere di intenti, protocolli o dichiarazioni di disponibilità sono allegate alla candidatura.</w:t>
      </w:r>
    </w:p>
    <w:tbl>
      <w:tblPr>
        <w:tblW w:w="0" w:type="auto"/>
        <w:jc w:val="center"/>
        <w:tblLook w:val="04A0" w:firstRow="1" w:lastRow="0" w:firstColumn="1" w:lastColumn="0" w:noHBand="0" w:noVBand="1"/>
      </w:tblPr>
      <w:tblGrid>
        <w:gridCol w:w="10200"/>
      </w:tblGrid>
      <w:tr w:rsidR="00C236FD" w14:paraId="0EE68F61"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0A057858" w14:textId="77777777" w:rsidR="00C236FD" w:rsidRDefault="00000000">
            <w:pPr>
              <w:pStyle w:val="SectionBox"/>
            </w:pPr>
            <w:r>
              <w:rPr>
                <w:sz w:val="18"/>
              </w:rPr>
              <w:t>12. RISORSE MESSE A DISPOSIZIONE</w:t>
            </w:r>
          </w:p>
        </w:tc>
      </w:tr>
    </w:tbl>
    <w:p w14:paraId="3E1733B0" w14:textId="77777777" w:rsidR="00C236FD" w:rsidRDefault="00C236FD">
      <w:pPr>
        <w:spacing w:after="0"/>
      </w:pPr>
    </w:p>
    <w:p w14:paraId="1B26AA4D" w14:textId="77777777" w:rsidR="00C236FD" w:rsidRDefault="00000000">
      <w:pPr>
        <w:spacing w:after="20"/>
      </w:pPr>
      <w:r>
        <w:rPr>
          <w:sz w:val="18"/>
        </w:rPr>
        <w:t>☐  personale</w:t>
      </w:r>
    </w:p>
    <w:p w14:paraId="35600AC3" w14:textId="77777777" w:rsidR="00C236FD" w:rsidRDefault="00000000">
      <w:pPr>
        <w:spacing w:after="20"/>
      </w:pPr>
      <w:r>
        <w:rPr>
          <w:sz w:val="18"/>
        </w:rPr>
        <w:t>☐  volontari</w:t>
      </w:r>
    </w:p>
    <w:p w14:paraId="4089BCEC" w14:textId="77777777" w:rsidR="00C236FD" w:rsidRDefault="00000000">
      <w:pPr>
        <w:spacing w:after="20"/>
      </w:pPr>
      <w:r>
        <w:rPr>
          <w:sz w:val="18"/>
        </w:rPr>
        <w:t>☐  immobili/locali</w:t>
      </w:r>
    </w:p>
    <w:p w14:paraId="7F217AA7" w14:textId="77777777" w:rsidR="00C236FD" w:rsidRDefault="00000000">
      <w:pPr>
        <w:spacing w:after="20"/>
      </w:pPr>
      <w:r>
        <w:rPr>
          <w:sz w:val="18"/>
        </w:rPr>
        <w:t>☐  attrezzature</w:t>
      </w:r>
    </w:p>
    <w:p w14:paraId="426B5F77" w14:textId="77777777" w:rsidR="00C236FD" w:rsidRDefault="00000000">
      <w:pPr>
        <w:spacing w:after="20"/>
      </w:pPr>
      <w:r>
        <w:rPr>
          <w:sz w:val="18"/>
        </w:rPr>
        <w:t>☐  automezzi</w:t>
      </w:r>
    </w:p>
    <w:p w14:paraId="2C3A2961" w14:textId="77777777" w:rsidR="00C236FD" w:rsidRDefault="00000000">
      <w:pPr>
        <w:spacing w:after="20"/>
      </w:pPr>
      <w:r>
        <w:rPr>
          <w:sz w:val="18"/>
        </w:rPr>
        <w:t>☐  reti e partnership</w:t>
      </w:r>
    </w:p>
    <w:p w14:paraId="4E523D36" w14:textId="77777777" w:rsidR="00C236FD" w:rsidRDefault="00000000">
      <w:pPr>
        <w:spacing w:after="20"/>
      </w:pPr>
      <w:r>
        <w:rPr>
          <w:sz w:val="18"/>
        </w:rPr>
        <w:t>☐  risorse economiche proprie</w:t>
      </w:r>
    </w:p>
    <w:p w14:paraId="44032BB1" w14:textId="77777777" w:rsidR="00C236FD" w:rsidRDefault="00000000">
      <w:pPr>
        <w:spacing w:after="20"/>
      </w:pPr>
      <w:r>
        <w:rPr>
          <w:sz w:val="18"/>
        </w:rPr>
        <w:t>☐  altre risorse: ______________________________________________</w:t>
      </w:r>
    </w:p>
    <w:tbl>
      <w:tblPr>
        <w:tblW w:w="0" w:type="auto"/>
        <w:jc w:val="center"/>
        <w:tblLayout w:type="fixed"/>
        <w:tblLook w:val="04A0" w:firstRow="1" w:lastRow="0" w:firstColumn="1" w:lastColumn="0" w:noHBand="0" w:noVBand="1"/>
      </w:tblPr>
      <w:tblGrid>
        <w:gridCol w:w="2835"/>
        <w:gridCol w:w="6236"/>
      </w:tblGrid>
      <w:tr w:rsidR="00C236FD" w14:paraId="57E73685"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48AFEE6E" w14:textId="77777777" w:rsidR="00C236FD" w:rsidRDefault="00000000">
            <w:r>
              <w:rPr>
                <w:b/>
                <w:sz w:val="17"/>
              </w:rPr>
              <w:lastRenderedPageBreak/>
              <w:t>Valore indicativo / descrizione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205AD698" w14:textId="77777777" w:rsidR="00C236FD" w:rsidRDefault="00000000">
            <w:r>
              <w:rPr>
                <w:sz w:val="18"/>
              </w:rPr>
              <w:t>________________________________________________________________________________</w:t>
            </w:r>
            <w:r>
              <w:rPr>
                <w:sz w:val="18"/>
              </w:rPr>
              <w:br/>
              <w:t>________________________________________________________________________________</w:t>
            </w:r>
          </w:p>
        </w:tc>
      </w:tr>
    </w:tbl>
    <w:p w14:paraId="5C237A16" w14:textId="77777777" w:rsidR="00C236FD" w:rsidRDefault="00C236FD">
      <w:pPr>
        <w:spacing w:after="20"/>
      </w:pPr>
    </w:p>
    <w:p w14:paraId="580F7BCD" w14:textId="77777777" w:rsidR="00C236FD" w:rsidRDefault="00000000">
      <w:pPr>
        <w:ind w:left="198" w:hanging="198"/>
      </w:pPr>
      <w:r>
        <w:rPr>
          <w:sz w:val="18"/>
        </w:rPr>
        <w:t>L’indicazione di eventuali risorse proprie sarà valutata nell’ambito della co-progettazione e non determina automaticamente obblighi ulteriori rispetto a quelli definitivamente concordati e formalizzati.</w:t>
      </w:r>
    </w:p>
    <w:tbl>
      <w:tblPr>
        <w:tblW w:w="0" w:type="auto"/>
        <w:jc w:val="center"/>
        <w:tblLook w:val="04A0" w:firstRow="1" w:lastRow="0" w:firstColumn="1" w:lastColumn="0" w:noHBand="0" w:noVBand="1"/>
      </w:tblPr>
      <w:tblGrid>
        <w:gridCol w:w="10200"/>
      </w:tblGrid>
      <w:tr w:rsidR="00C236FD" w14:paraId="4AF0D051"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650D5132" w14:textId="77777777" w:rsidR="00C236FD" w:rsidRDefault="00000000">
            <w:pPr>
              <w:pStyle w:val="SectionBox"/>
            </w:pPr>
            <w:r>
              <w:rPr>
                <w:sz w:val="18"/>
              </w:rPr>
              <w:t>13. CONOSCENZA E ACCETTAZIONE DELL’AVVISO</w:t>
            </w:r>
          </w:p>
        </w:tc>
      </w:tr>
    </w:tbl>
    <w:p w14:paraId="13749583" w14:textId="77777777" w:rsidR="00C236FD" w:rsidRDefault="00C236FD">
      <w:pPr>
        <w:spacing w:after="0"/>
      </w:pPr>
    </w:p>
    <w:p w14:paraId="7A986D25" w14:textId="77777777" w:rsidR="00C236FD" w:rsidRDefault="00000000">
      <w:pPr>
        <w:ind w:left="198" w:hanging="198"/>
      </w:pPr>
      <w:r>
        <w:rPr>
          <w:sz w:val="18"/>
        </w:rPr>
        <w:t>a) di aver preso piena conoscenza dell’Avviso pubblico, della Deliberazione di Giunta Comunale n. 43 del 22/09/2026 e della relativa documentazione;</w:t>
      </w:r>
    </w:p>
    <w:p w14:paraId="44A02B3D" w14:textId="77777777" w:rsidR="00C236FD" w:rsidRDefault="00000000">
      <w:pPr>
        <w:ind w:left="198" w:hanging="198"/>
      </w:pPr>
      <w:r>
        <w:rPr>
          <w:sz w:val="18"/>
        </w:rPr>
        <w:t>b) di accettarne integralmente, senza condizioni o riserve, i contenuti e le modalità di svolgimento della procedura;</w:t>
      </w:r>
    </w:p>
    <w:p w14:paraId="4FA7944F" w14:textId="77777777" w:rsidR="00C236FD" w:rsidRDefault="00000000">
      <w:pPr>
        <w:ind w:left="198" w:hanging="198"/>
      </w:pPr>
      <w:r>
        <w:rPr>
          <w:sz w:val="18"/>
        </w:rPr>
        <w:t>c) di essere consapevole che la procedura ha natura di co-progettazione ai sensi dell’art. 55 del D.Lgs. n. 117/2017 e non costituisce gara d’appalto né determina l’aggiudicazione di un contratto pubblico;</w:t>
      </w:r>
    </w:p>
    <w:p w14:paraId="6AF169AC" w14:textId="77777777" w:rsidR="00C236FD" w:rsidRDefault="00000000">
      <w:pPr>
        <w:ind w:left="198" w:hanging="198"/>
      </w:pPr>
      <w:r>
        <w:rPr>
          <w:sz w:val="18"/>
        </w:rPr>
        <w:t>d) di essere disponibile a partecipare attivamente al tavolo di co-progettazione e ad apportare alla proposta preliminare le modifiche, integrazioni e rimodulazioni condivise con l’Amministrazione e ritenute necessarie per la candidatura;</w:t>
      </w:r>
    </w:p>
    <w:p w14:paraId="4A6FD68E" w14:textId="77777777" w:rsidR="00C236FD" w:rsidRDefault="00000000">
      <w:pPr>
        <w:ind w:left="198" w:hanging="198"/>
      </w:pPr>
      <w:r>
        <w:rPr>
          <w:sz w:val="18"/>
        </w:rPr>
        <w:t>e) di accettare che il Comune conserva la responsabilità istituzionale e la decisione finale sulla proposta da presentare al Ministero dell’Interno;</w:t>
      </w:r>
    </w:p>
    <w:p w14:paraId="3F86F528" w14:textId="77777777" w:rsidR="00C236FD" w:rsidRDefault="00000000">
      <w:pPr>
        <w:ind w:left="198" w:hanging="198"/>
      </w:pPr>
      <w:r>
        <w:rPr>
          <w:sz w:val="18"/>
        </w:rPr>
        <w:t>f) di essere consapevole che l’ammissione alla co-progettazione non determina alcun diritto alla successiva gestione del progetto.</w:t>
      </w:r>
    </w:p>
    <w:tbl>
      <w:tblPr>
        <w:tblW w:w="0" w:type="auto"/>
        <w:jc w:val="center"/>
        <w:tblLook w:val="04A0" w:firstRow="1" w:lastRow="0" w:firstColumn="1" w:lastColumn="0" w:noHBand="0" w:noVBand="1"/>
      </w:tblPr>
      <w:tblGrid>
        <w:gridCol w:w="10200"/>
      </w:tblGrid>
      <w:tr w:rsidR="00C236FD" w14:paraId="08C466C0"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3777C4C4" w14:textId="77777777" w:rsidR="00C236FD" w:rsidRDefault="00000000">
            <w:pPr>
              <w:pStyle w:val="SectionBox"/>
            </w:pPr>
            <w:r>
              <w:rPr>
                <w:sz w:val="18"/>
              </w:rPr>
              <w:t>14. DICHIARAZIONE ESPRESSA SULLA CONDIZIONE DI FINANZIAMENTO</w:t>
            </w:r>
          </w:p>
        </w:tc>
      </w:tr>
    </w:tbl>
    <w:p w14:paraId="71A69B87" w14:textId="77777777" w:rsidR="00C236FD" w:rsidRDefault="00C236FD">
      <w:pPr>
        <w:spacing w:after="0"/>
      </w:pPr>
    </w:p>
    <w:p w14:paraId="52ACF68D" w14:textId="77777777" w:rsidR="00C236FD" w:rsidRDefault="00C236FD">
      <w:pPr>
        <w:spacing w:after="20"/>
      </w:pPr>
    </w:p>
    <w:p w14:paraId="507B71F0" w14:textId="77777777" w:rsidR="00C236FD" w:rsidRDefault="00000000">
      <w:pPr>
        <w:ind w:left="198" w:hanging="198"/>
      </w:pPr>
      <w:r>
        <w:rPr>
          <w:sz w:val="18"/>
        </w:rPr>
        <w:t>Il sottoscritto dichiara espressamente di essere consapevole e di accettare che la candidatura oggetto della presente procedura è subordinata all’esito della procedura di finanziamento del Ministero dell’Interno e che la selezione dell’Ente e la partecipazione al percorso di co-progettazione non comportano alcun affidamento, aggiudicazione, promessa di incarico o diritto alla successiva gestione.</w:t>
      </w:r>
    </w:p>
    <w:p w14:paraId="2ACEE18D" w14:textId="77777777" w:rsidR="00C236FD" w:rsidRDefault="00000000">
      <w:pPr>
        <w:ind w:left="198" w:hanging="198"/>
      </w:pPr>
      <w:r>
        <w:rPr>
          <w:sz w:val="18"/>
        </w:rPr>
        <w:t>Qualora la candidatura non venga presentata, venga dichiarata inammissibile, esclusa, valutata negativamente, non venga finanziata per insufficienza delle risorse disponibili, venga finanziata solo parzialmente, rimanga inserita in graduatoria senza immediato finanziamento, ovvero venga meno per qualsiasi altra causa prima dell’effettiva concessione del finanziamento, NESSUN COMPENSO, CORRISPETTIVO, INDENNIZZO, RIMBORSO SPESE O ALTRA UTILITÀ ECONOMICA SARÀ DOVUTO DAL COMUNE DI CAMPORA al sottoscritto Ente, ai componenti dell’eventuale raggruppamento, ai relativi collaboratori o a soggetti terzi dagli stessi coinvolti, fatti salvi esclusivamente gli eventuali diritti inderogabili previsti dalla legge.</w:t>
      </w:r>
    </w:p>
    <w:p w14:paraId="5DAF9E23" w14:textId="77777777" w:rsidR="00C236FD" w:rsidRDefault="00000000">
      <w:pPr>
        <w:ind w:left="198" w:hanging="198"/>
      </w:pPr>
      <w:r>
        <w:rPr>
          <w:sz w:val="18"/>
        </w:rPr>
        <w:t>Nessuna somma sarà dovuta dal Comune per progettazione, incontri di co-progettazione, elaborazione documentale, studi e consulenze autonomamente sostenuti, sopralluoghi, individuazione o reperimento immobili, dichiarazioni di disponibilità degli immobili, predisposizione del gruppo di lavoro, individuazione del personale, accordi territoriali, spese amministrative o qualsiasi altra attività svolta in funzione della candidatura, qualora non intervenga l’effettivo finanziamento e il conseguente atto comunale di avvio.</w:t>
      </w:r>
    </w:p>
    <w:p w14:paraId="35527C3B" w14:textId="77777777" w:rsidR="00C236FD" w:rsidRDefault="00000000">
      <w:pPr>
        <w:ind w:left="198" w:hanging="198"/>
      </w:pPr>
      <w:r>
        <w:rPr>
          <w:sz w:val="18"/>
        </w:rPr>
        <w:t>Anche in caso di valutazione positiva della proposta da parte del Ministero e di permanenza in graduatoria, il rapporto esecutivo non potrà avere inizio fino all’effettiva concessione del finanziamento e alla successiva formalizzazione dell’accordo/convenzione da parte del Comune.</w:t>
      </w:r>
    </w:p>
    <w:tbl>
      <w:tblPr>
        <w:tblW w:w="0" w:type="auto"/>
        <w:jc w:val="center"/>
        <w:tblLook w:val="04A0" w:firstRow="1" w:lastRow="0" w:firstColumn="1" w:lastColumn="0" w:noHBand="0" w:noVBand="1"/>
      </w:tblPr>
      <w:tblGrid>
        <w:gridCol w:w="10200"/>
      </w:tblGrid>
      <w:tr w:rsidR="00C236FD" w14:paraId="7273EDC1"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3874C345" w14:textId="77777777" w:rsidR="00C236FD" w:rsidRDefault="00000000">
            <w:pPr>
              <w:pStyle w:val="SectionBox"/>
            </w:pPr>
            <w:r>
              <w:rPr>
                <w:sz w:val="18"/>
              </w:rPr>
              <w:t>15. CONVENZIONE E SUCCESSIVA ATTUAZIONE</w:t>
            </w:r>
          </w:p>
        </w:tc>
      </w:tr>
    </w:tbl>
    <w:p w14:paraId="6474EE16" w14:textId="77777777" w:rsidR="00C236FD" w:rsidRDefault="00C236FD">
      <w:pPr>
        <w:spacing w:after="0"/>
      </w:pPr>
    </w:p>
    <w:p w14:paraId="74DEAE43" w14:textId="77777777" w:rsidR="00C236FD" w:rsidRDefault="00000000">
      <w:pPr>
        <w:ind w:left="198" w:hanging="198"/>
      </w:pPr>
      <w:r>
        <w:rPr>
          <w:sz w:val="18"/>
        </w:rPr>
        <w:t>a) la sottoscrizione di un eventuale accordo/convenzione con il Comune è subordinata all’effettiva ammissione della candidatura al finanziamento;</w:t>
      </w:r>
    </w:p>
    <w:p w14:paraId="1DD02C3D" w14:textId="77777777" w:rsidR="00C236FD" w:rsidRDefault="00000000">
      <w:pPr>
        <w:ind w:left="198" w:hanging="198"/>
      </w:pPr>
      <w:r>
        <w:rPr>
          <w:sz w:val="18"/>
        </w:rPr>
        <w:t>b) prima della sottoscrizione il Comune procederà alla verifica del possesso e del mantenimento dei requisiti dichiarati;</w:t>
      </w:r>
    </w:p>
    <w:p w14:paraId="563DE937" w14:textId="77777777" w:rsidR="00C236FD" w:rsidRDefault="00000000">
      <w:pPr>
        <w:ind w:left="198" w:hanging="198"/>
      </w:pPr>
      <w:r>
        <w:rPr>
          <w:sz w:val="18"/>
        </w:rPr>
        <w:t>c) la convenzione definirà attività, risorse, obblighi delle parti, responsabilità, modalità di monitoraggio e rendicontazione, controlli, coperture assicurative e cause di sospensione o risoluzione;</w:t>
      </w:r>
    </w:p>
    <w:p w14:paraId="2028C0A5" w14:textId="77777777" w:rsidR="00C236FD" w:rsidRDefault="00000000">
      <w:pPr>
        <w:ind w:left="198" w:hanging="198"/>
      </w:pPr>
      <w:r>
        <w:rPr>
          <w:sz w:val="18"/>
        </w:rPr>
        <w:t>d) in caso di riduzione del finanziamento, del numero dei posti, della durata o delle risorse riconosciute dal Ministero, il progetto e il piano finanziario potranno essere conseguentemente rimodulati;</w:t>
      </w:r>
    </w:p>
    <w:p w14:paraId="56732F5D" w14:textId="77777777" w:rsidR="00C236FD" w:rsidRDefault="00000000">
      <w:pPr>
        <w:ind w:left="198" w:hanging="198"/>
      </w:pPr>
      <w:r>
        <w:rPr>
          <w:sz w:val="18"/>
        </w:rPr>
        <w:t>e) la candidatura originaria non determina un diritto alla conservazione integrale delle attività, del numero dei posti o del quadro economico proposto.</w:t>
      </w:r>
    </w:p>
    <w:tbl>
      <w:tblPr>
        <w:tblW w:w="0" w:type="auto"/>
        <w:jc w:val="center"/>
        <w:tblLook w:val="04A0" w:firstRow="1" w:lastRow="0" w:firstColumn="1" w:lastColumn="0" w:noHBand="0" w:noVBand="1"/>
      </w:tblPr>
      <w:tblGrid>
        <w:gridCol w:w="10200"/>
      </w:tblGrid>
      <w:tr w:rsidR="00C236FD" w14:paraId="6BC6F60A"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1BECF02F" w14:textId="77777777" w:rsidR="00C236FD" w:rsidRDefault="00000000">
            <w:pPr>
              <w:pStyle w:val="SectionBox"/>
            </w:pPr>
            <w:r>
              <w:rPr>
                <w:sz w:val="18"/>
              </w:rPr>
              <w:t>16. QUADRO ECONOMICO</w:t>
            </w:r>
          </w:p>
        </w:tc>
      </w:tr>
    </w:tbl>
    <w:p w14:paraId="4AD9DBF6" w14:textId="77777777" w:rsidR="00C236FD" w:rsidRDefault="00C236FD">
      <w:pPr>
        <w:spacing w:after="0"/>
      </w:pPr>
    </w:p>
    <w:p w14:paraId="22D84FCD" w14:textId="77777777" w:rsidR="00C236FD" w:rsidRDefault="00000000">
      <w:pPr>
        <w:ind w:left="198" w:hanging="198"/>
      </w:pPr>
      <w:r>
        <w:rPr>
          <w:sz w:val="18"/>
        </w:rPr>
        <w:t>a) di essere a conoscenza dei limiti economici previsti dalla procedura ministeriale;</w:t>
      </w:r>
    </w:p>
    <w:p w14:paraId="5F7A205F" w14:textId="77777777" w:rsidR="00C236FD" w:rsidRDefault="00000000">
      <w:pPr>
        <w:ind w:left="198" w:hanging="198"/>
      </w:pPr>
      <w:r>
        <w:rPr>
          <w:sz w:val="18"/>
        </w:rPr>
        <w:lastRenderedPageBreak/>
        <w:t>b) di impegnarsi a predisporre il piano economico-finanziario secondo le condizioni, i massimali e le voci di spesa ammissibili stabiliti dall’Avviso ministeriale, dal D.M. 18 novembre 2019 e dalla documentazione FAMI applicabile;</w:t>
      </w:r>
    </w:p>
    <w:p w14:paraId="6B38BF7D" w14:textId="77777777" w:rsidR="00C236FD" w:rsidRDefault="00000000">
      <w:pPr>
        <w:ind w:left="198" w:hanging="198"/>
      </w:pPr>
      <w:r>
        <w:rPr>
          <w:sz w:val="18"/>
        </w:rPr>
        <w:t>c) di essere consapevole che l’eventuale approvazione del piano preventivo non comporta automatica ammissibilità delle singole spese in sede di rendicontazione;</w:t>
      </w:r>
    </w:p>
    <w:p w14:paraId="7B171C96" w14:textId="77777777" w:rsidR="00C236FD" w:rsidRDefault="00000000">
      <w:pPr>
        <w:ind w:left="198" w:hanging="198"/>
      </w:pPr>
      <w:r>
        <w:rPr>
          <w:sz w:val="18"/>
        </w:rPr>
        <w:t>d) di impegnarsi a produrre la documentazione necessaria alla corretta rendicontazione delle attività in caso di finanziamento.</w:t>
      </w:r>
    </w:p>
    <w:tbl>
      <w:tblPr>
        <w:tblW w:w="0" w:type="auto"/>
        <w:jc w:val="center"/>
        <w:tblLook w:val="04A0" w:firstRow="1" w:lastRow="0" w:firstColumn="1" w:lastColumn="0" w:noHBand="0" w:noVBand="1"/>
      </w:tblPr>
      <w:tblGrid>
        <w:gridCol w:w="10200"/>
      </w:tblGrid>
      <w:tr w:rsidR="00C236FD" w14:paraId="534B542B"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40B0A233" w14:textId="77777777" w:rsidR="00C236FD" w:rsidRDefault="00000000">
            <w:pPr>
              <w:pStyle w:val="SectionBox"/>
            </w:pPr>
            <w:r>
              <w:rPr>
                <w:sz w:val="18"/>
              </w:rPr>
              <w:t>17. OBBLIGHI IN MATERIA DI PERSONALE</w:t>
            </w:r>
          </w:p>
        </w:tc>
      </w:tr>
    </w:tbl>
    <w:p w14:paraId="0BE8E711" w14:textId="77777777" w:rsidR="00C236FD" w:rsidRDefault="00C236FD">
      <w:pPr>
        <w:spacing w:after="0"/>
      </w:pPr>
    </w:p>
    <w:p w14:paraId="00F52ACE" w14:textId="77777777" w:rsidR="00C236FD" w:rsidRDefault="00000000">
      <w:pPr>
        <w:ind w:left="198" w:hanging="198"/>
      </w:pPr>
      <w:r>
        <w:rPr>
          <w:sz w:val="18"/>
        </w:rPr>
        <w:t>a) applicherà al personale impiegato i trattamenti normativi ed economici previsti dalla normativa e dalla contrattazione collettiva applicabile;</w:t>
      </w:r>
    </w:p>
    <w:p w14:paraId="5877DA14" w14:textId="77777777" w:rsidR="00C236FD" w:rsidRDefault="00000000">
      <w:pPr>
        <w:ind w:left="198" w:hanging="198"/>
      </w:pPr>
      <w:r>
        <w:rPr>
          <w:sz w:val="18"/>
        </w:rPr>
        <w:t>b) assolverà tutti gli obblighi contributivi, previdenziali, assicurativi e fiscali;</w:t>
      </w:r>
    </w:p>
    <w:p w14:paraId="08F628C8" w14:textId="77777777" w:rsidR="00C236FD" w:rsidRDefault="00000000">
      <w:pPr>
        <w:ind w:left="198" w:hanging="198"/>
      </w:pPr>
      <w:r>
        <w:rPr>
          <w:sz w:val="18"/>
        </w:rPr>
        <w:t>c) garantirà il rispetto del D.Lgs. n. 81/2008 e della normativa in materia di salute e sicurezza sul lavoro;</w:t>
      </w:r>
    </w:p>
    <w:p w14:paraId="668734BB" w14:textId="77777777" w:rsidR="00C236FD" w:rsidRDefault="00000000">
      <w:pPr>
        <w:ind w:left="198" w:hanging="198"/>
      </w:pPr>
      <w:r>
        <w:rPr>
          <w:sz w:val="18"/>
        </w:rPr>
        <w:t>d) garantirà il possesso dei titoli e delle qualifiche professionali richiesti per le figure impiegate;</w:t>
      </w:r>
    </w:p>
    <w:p w14:paraId="6BFECCFD" w14:textId="77777777" w:rsidR="00C236FD" w:rsidRDefault="00000000">
      <w:pPr>
        <w:ind w:left="198" w:hanging="198"/>
      </w:pPr>
      <w:r>
        <w:rPr>
          <w:sz w:val="18"/>
        </w:rPr>
        <w:t>e) resterà esclusivo responsabile dei rapporti di lavoro e collaborazione instaurati con il proprio personale;</w:t>
      </w:r>
    </w:p>
    <w:p w14:paraId="290AE4B2" w14:textId="77777777" w:rsidR="00C236FD" w:rsidRDefault="00000000">
      <w:pPr>
        <w:ind w:left="198" w:hanging="198"/>
      </w:pPr>
      <w:r>
        <w:rPr>
          <w:sz w:val="18"/>
        </w:rPr>
        <w:t>f) garantirà la sostituzione delle figure professionali eventualmente non più disponibili con soggetti aventi qualifiche ed esperienza equivalenti, previa comunicazione al Comune e nel rispetto delle condizioni progettuali.</w:t>
      </w:r>
    </w:p>
    <w:tbl>
      <w:tblPr>
        <w:tblW w:w="0" w:type="auto"/>
        <w:jc w:val="center"/>
        <w:tblLook w:val="04A0" w:firstRow="1" w:lastRow="0" w:firstColumn="1" w:lastColumn="0" w:noHBand="0" w:noVBand="1"/>
      </w:tblPr>
      <w:tblGrid>
        <w:gridCol w:w="10200"/>
      </w:tblGrid>
      <w:tr w:rsidR="00C236FD" w14:paraId="34F92747"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21F451F7" w14:textId="77777777" w:rsidR="00C236FD" w:rsidRDefault="00000000">
            <w:pPr>
              <w:pStyle w:val="SectionBox"/>
            </w:pPr>
            <w:r>
              <w:rPr>
                <w:sz w:val="18"/>
              </w:rPr>
              <w:t>18. ASSICURAZIONI E RESPONSABILITÀ</w:t>
            </w:r>
          </w:p>
        </w:tc>
      </w:tr>
    </w:tbl>
    <w:p w14:paraId="5564B19F" w14:textId="77777777" w:rsidR="00C236FD" w:rsidRDefault="00C236FD">
      <w:pPr>
        <w:spacing w:after="0"/>
      </w:pPr>
    </w:p>
    <w:p w14:paraId="12FF1102" w14:textId="77777777" w:rsidR="00C236FD" w:rsidRDefault="00000000">
      <w:pPr>
        <w:ind w:left="198" w:hanging="198"/>
      </w:pPr>
      <w:r>
        <w:rPr>
          <w:sz w:val="18"/>
        </w:rPr>
        <w:t>Il sottoscritto si impegna, in caso di effettivo finanziamento e avvio del progetto, a stipulare e mantenere per tutta la durata dello stesso idonee coperture assicurative, secondo quanto previsto dalla normativa, dal progetto definitivo e dalla convenzione.</w:t>
      </w:r>
    </w:p>
    <w:p w14:paraId="5E3C30F2" w14:textId="77777777" w:rsidR="00C236FD" w:rsidRDefault="00000000">
      <w:pPr>
        <w:ind w:left="198" w:hanging="198"/>
      </w:pPr>
      <w:r>
        <w:rPr>
          <w:sz w:val="18"/>
        </w:rPr>
        <w:t>L’Ente assumerà le responsabilità derivanti dalle attività poste a proprio carico secondo quanto sarà definito nell’accordo/convenzione, fermo restando il riparto delle responsabilità proprio del modello di amministrazione condivisa.</w:t>
      </w:r>
    </w:p>
    <w:tbl>
      <w:tblPr>
        <w:tblW w:w="0" w:type="auto"/>
        <w:jc w:val="center"/>
        <w:tblLook w:val="04A0" w:firstRow="1" w:lastRow="0" w:firstColumn="1" w:lastColumn="0" w:noHBand="0" w:noVBand="1"/>
      </w:tblPr>
      <w:tblGrid>
        <w:gridCol w:w="10200"/>
      </w:tblGrid>
      <w:tr w:rsidR="00C236FD" w14:paraId="08001D3D"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462EAF19" w14:textId="77777777" w:rsidR="00C236FD" w:rsidRDefault="00000000">
            <w:pPr>
              <w:pStyle w:val="SectionBox"/>
            </w:pPr>
            <w:r>
              <w:rPr>
                <w:sz w:val="18"/>
              </w:rPr>
              <w:t>19. COMUNICAZIONI</w:t>
            </w:r>
          </w:p>
        </w:tc>
      </w:tr>
    </w:tbl>
    <w:p w14:paraId="076E67C2" w14:textId="77777777" w:rsidR="00C236FD" w:rsidRDefault="00C236FD">
      <w:pPr>
        <w:spacing w:after="0"/>
      </w:pPr>
    </w:p>
    <w:tbl>
      <w:tblPr>
        <w:tblW w:w="0" w:type="auto"/>
        <w:jc w:val="center"/>
        <w:tblLayout w:type="fixed"/>
        <w:tblLook w:val="04A0" w:firstRow="1" w:lastRow="0" w:firstColumn="1" w:lastColumn="0" w:noHBand="0" w:noVBand="1"/>
      </w:tblPr>
      <w:tblGrid>
        <w:gridCol w:w="2835"/>
        <w:gridCol w:w="6236"/>
      </w:tblGrid>
      <w:tr w:rsidR="00C236FD" w14:paraId="3A7F3A0C"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318F329A" w14:textId="77777777" w:rsidR="00C236FD" w:rsidRDefault="00000000">
            <w:r>
              <w:rPr>
                <w:b/>
                <w:sz w:val="17"/>
              </w:rPr>
              <w:t>PEC eletta a domicilio digitale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5D950F77" w14:textId="77777777" w:rsidR="00C236FD" w:rsidRDefault="00000000">
            <w:r>
              <w:rPr>
                <w:sz w:val="18"/>
              </w:rPr>
              <w:t>________________________________________________________________________________</w:t>
            </w:r>
          </w:p>
        </w:tc>
      </w:tr>
      <w:tr w:rsidR="00C236FD" w14:paraId="598136D6"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3DE2B4D4" w14:textId="77777777" w:rsidR="00C236FD" w:rsidRDefault="00000000">
            <w:r>
              <w:rPr>
                <w:b/>
                <w:sz w:val="17"/>
              </w:rPr>
              <w:t>Referente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3D3FF405" w14:textId="77777777" w:rsidR="00C236FD" w:rsidRDefault="00000000">
            <w:r>
              <w:rPr>
                <w:sz w:val="18"/>
              </w:rPr>
              <w:t>Nome e cognome __________________________________________________________________</w:t>
            </w:r>
          </w:p>
        </w:tc>
      </w:tr>
      <w:tr w:rsidR="00C236FD" w14:paraId="13362D6F"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4D219379" w14:textId="77777777" w:rsidR="00C236FD" w:rsidRDefault="00000000">
            <w:r>
              <w:rPr>
                <w:b/>
                <w:sz w:val="17"/>
              </w:rPr>
              <w:t>Qualifica</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1C2359BB" w14:textId="77777777" w:rsidR="00C236FD" w:rsidRDefault="00000000">
            <w:r>
              <w:rPr>
                <w:sz w:val="18"/>
              </w:rPr>
              <w:t>________________________________________________________________________________</w:t>
            </w:r>
          </w:p>
        </w:tc>
      </w:tr>
      <w:tr w:rsidR="00C236FD" w14:paraId="13723F99"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2079AE47" w14:textId="77777777" w:rsidR="00C236FD" w:rsidRDefault="00000000">
            <w:r>
              <w:rPr>
                <w:b/>
                <w:sz w:val="17"/>
              </w:rPr>
              <w:t>Telefono</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771FA10C" w14:textId="77777777" w:rsidR="00C236FD" w:rsidRDefault="00000000">
            <w:r>
              <w:rPr>
                <w:sz w:val="18"/>
              </w:rPr>
              <w:t>________________________________________________________________________________</w:t>
            </w:r>
          </w:p>
        </w:tc>
      </w:tr>
      <w:tr w:rsidR="00C236FD" w14:paraId="0878543B"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20FE9C56" w14:textId="77777777" w:rsidR="00C236FD" w:rsidRDefault="00000000">
            <w:r>
              <w:rPr>
                <w:b/>
                <w:sz w:val="17"/>
              </w:rPr>
              <w:t>E-mail / PEC</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62C05B38" w14:textId="77777777" w:rsidR="00C236FD" w:rsidRDefault="00000000">
            <w:r>
              <w:rPr>
                <w:sz w:val="18"/>
              </w:rPr>
              <w:t>________________________________________________________________________________</w:t>
            </w:r>
          </w:p>
        </w:tc>
      </w:tr>
    </w:tbl>
    <w:p w14:paraId="0B440998" w14:textId="77777777" w:rsidR="00C236FD" w:rsidRDefault="00C236FD">
      <w:pPr>
        <w:spacing w:after="20"/>
      </w:pPr>
    </w:p>
    <w:p w14:paraId="4C30BB80" w14:textId="77777777" w:rsidR="00C236FD" w:rsidRDefault="00000000">
      <w:pPr>
        <w:ind w:left="198" w:hanging="198"/>
      </w:pPr>
      <w:r>
        <w:rPr>
          <w:sz w:val="18"/>
        </w:rPr>
        <w:t>Il sottoscritto si impegna a comunicare tempestivamente qualsiasi variazione dei predetti recapiti. In caso di partecipazione in forma associata, le comunicazioni indirizzate al soggetto capofila al recapito indicato si intendono validamente effettuate nei confronti dei componenti del raggruppamento, ferma restando la responsabilità del capofila di darne tempestiva comunicazione agli stessi.</w:t>
      </w:r>
    </w:p>
    <w:tbl>
      <w:tblPr>
        <w:tblW w:w="0" w:type="auto"/>
        <w:jc w:val="center"/>
        <w:tblLook w:val="04A0" w:firstRow="1" w:lastRow="0" w:firstColumn="1" w:lastColumn="0" w:noHBand="0" w:noVBand="1"/>
      </w:tblPr>
      <w:tblGrid>
        <w:gridCol w:w="10200"/>
      </w:tblGrid>
      <w:tr w:rsidR="00C236FD" w14:paraId="06084FC2"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0495E895" w14:textId="77777777" w:rsidR="00C236FD" w:rsidRDefault="00000000">
            <w:pPr>
              <w:pStyle w:val="SectionBox"/>
            </w:pPr>
            <w:r>
              <w:rPr>
                <w:sz w:val="18"/>
              </w:rPr>
              <w:t>20. TRATTAMENTO DEI DATI PERSONALI</w:t>
            </w:r>
          </w:p>
        </w:tc>
      </w:tr>
    </w:tbl>
    <w:p w14:paraId="07E87EBA" w14:textId="77777777" w:rsidR="00C236FD" w:rsidRDefault="00C236FD">
      <w:pPr>
        <w:spacing w:after="0"/>
      </w:pPr>
    </w:p>
    <w:p w14:paraId="7D52505A" w14:textId="77777777" w:rsidR="00C236FD" w:rsidRDefault="00000000">
      <w:pPr>
        <w:ind w:left="198" w:hanging="198"/>
      </w:pPr>
      <w:r>
        <w:rPr>
          <w:sz w:val="18"/>
        </w:rPr>
        <w:t>Il sottoscritto dichiara di aver preso visione dell’informativa relativa al trattamento dei dati personali resa dal Comune di Campora ai sensi degli artt. 13 e 14 del Regolamento (UE) 2016/679. I dati personali forniti saranno trattati esclusivamente per le finalità connesse alla procedura di co-progettazione, alle verifiche sui requisiti, alla candidatura ministeriale, all’eventuale convenzione e agli obblighi di legge, trasparenza, controllo e rendicontazione, nel rispetto del Regolamento (UE) 2016/679, del D.Lgs. n. 196/2003 come modificato dal D.Lgs. n. 101/2018 e della restante normativa vigente.</w:t>
      </w:r>
    </w:p>
    <w:tbl>
      <w:tblPr>
        <w:tblW w:w="0" w:type="auto"/>
        <w:jc w:val="center"/>
        <w:tblLook w:val="04A0" w:firstRow="1" w:lastRow="0" w:firstColumn="1" w:lastColumn="0" w:noHBand="0" w:noVBand="1"/>
      </w:tblPr>
      <w:tblGrid>
        <w:gridCol w:w="10200"/>
      </w:tblGrid>
      <w:tr w:rsidR="00C236FD" w14:paraId="3B465821"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59E18208" w14:textId="77777777" w:rsidR="00C236FD" w:rsidRDefault="00000000">
            <w:pPr>
              <w:pStyle w:val="SectionBox"/>
            </w:pPr>
            <w:r>
              <w:rPr>
                <w:sz w:val="18"/>
              </w:rPr>
              <w:t>21. AUTORIZZAZIONE AI CONTROLLI</w:t>
            </w:r>
          </w:p>
        </w:tc>
      </w:tr>
    </w:tbl>
    <w:p w14:paraId="14AFC10F" w14:textId="77777777" w:rsidR="00C236FD" w:rsidRDefault="00C236FD">
      <w:pPr>
        <w:spacing w:after="0"/>
      </w:pPr>
    </w:p>
    <w:p w14:paraId="358E1279" w14:textId="77777777" w:rsidR="00C236FD" w:rsidRDefault="00000000">
      <w:pPr>
        <w:ind w:left="198" w:hanging="198"/>
      </w:pPr>
      <w:r>
        <w:rPr>
          <w:sz w:val="18"/>
        </w:rPr>
        <w:t>Il sottoscritto autorizza il Comune di Campora, ai sensi degli artt. 43 e 71 del D.P.R. n. 445/2000, a effettuare tutti i controlli ritenuti necessari sulla veridicità delle dichiarazioni rese e ad acquisire presso le amministrazioni, gli enti pubblici e gli altri soggetti competenti la documentazione necessaria alla verifica dei requisiti dichiarati.</w:t>
      </w:r>
    </w:p>
    <w:p w14:paraId="26678460" w14:textId="77777777" w:rsidR="00C236FD" w:rsidRDefault="00000000">
      <w:pPr>
        <w:ind w:left="198" w:hanging="198"/>
      </w:pPr>
      <w:r>
        <w:rPr>
          <w:sz w:val="18"/>
        </w:rPr>
        <w:lastRenderedPageBreak/>
        <w:t>Si impegna inoltre a fornire tempestivamente ogni ulteriore documento, informazione o chiarimento richiesto dall’Amministrazione e prende atto che, in caso di dichiarazioni non veritiere, trovano applicazione gli artt. 75 e 76 del D.P.R. n. 445/2000, oltre alle ulteriori conseguenze previste dalla normativa vigente.</w:t>
      </w:r>
    </w:p>
    <w:tbl>
      <w:tblPr>
        <w:tblW w:w="0" w:type="auto"/>
        <w:jc w:val="center"/>
        <w:tblLook w:val="04A0" w:firstRow="1" w:lastRow="0" w:firstColumn="1" w:lastColumn="0" w:noHBand="0" w:noVBand="1"/>
      </w:tblPr>
      <w:tblGrid>
        <w:gridCol w:w="10200"/>
      </w:tblGrid>
      <w:tr w:rsidR="00C236FD" w14:paraId="0ADE5A20"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6C4E173C" w14:textId="77777777" w:rsidR="00C236FD" w:rsidRDefault="00000000">
            <w:pPr>
              <w:pStyle w:val="SectionBox"/>
            </w:pPr>
            <w:r>
              <w:rPr>
                <w:sz w:val="18"/>
              </w:rPr>
              <w:t>22. DOCUMENTAZIONE ALLEGATA</w:t>
            </w:r>
          </w:p>
        </w:tc>
      </w:tr>
    </w:tbl>
    <w:p w14:paraId="0F3444E3" w14:textId="77777777" w:rsidR="00C236FD" w:rsidRDefault="00C236FD">
      <w:pPr>
        <w:spacing w:after="0"/>
      </w:pPr>
    </w:p>
    <w:p w14:paraId="634361F9" w14:textId="77777777" w:rsidR="00C236FD" w:rsidRDefault="00000000">
      <w:pPr>
        <w:spacing w:after="20"/>
      </w:pPr>
      <w:r>
        <w:rPr>
          <w:sz w:val="18"/>
        </w:rPr>
        <w:t>☐  copia dell’atto costitutivo;</w:t>
      </w:r>
    </w:p>
    <w:p w14:paraId="2B127F6D" w14:textId="77777777" w:rsidR="00C236FD" w:rsidRDefault="00000000">
      <w:pPr>
        <w:spacing w:after="20"/>
      </w:pPr>
      <w:r>
        <w:rPr>
          <w:sz w:val="18"/>
        </w:rPr>
        <w:t>☐  copia dello Statuto vigente;</w:t>
      </w:r>
    </w:p>
    <w:p w14:paraId="7FAF36A2" w14:textId="77777777" w:rsidR="00C236FD" w:rsidRDefault="00000000">
      <w:pPr>
        <w:spacing w:after="20"/>
      </w:pPr>
      <w:r>
        <w:rPr>
          <w:sz w:val="18"/>
        </w:rPr>
        <w:t>☐  documentazione relativa all’iscrizione al RUNTS/Registro delle Imprese, ove non acquisibile d’ufficio;</w:t>
      </w:r>
    </w:p>
    <w:p w14:paraId="7FCFF456" w14:textId="77777777" w:rsidR="00C236FD" w:rsidRDefault="00000000">
      <w:pPr>
        <w:spacing w:after="20"/>
      </w:pPr>
      <w:r>
        <w:rPr>
          <w:sz w:val="18"/>
        </w:rPr>
        <w:t>☐  relazione sulle esperienze dell’Ente;</w:t>
      </w:r>
    </w:p>
    <w:p w14:paraId="67DD8173" w14:textId="77777777" w:rsidR="00C236FD" w:rsidRDefault="00000000">
      <w:pPr>
        <w:spacing w:after="20"/>
      </w:pPr>
      <w:r>
        <w:rPr>
          <w:sz w:val="18"/>
        </w:rPr>
        <w:t>☐  documentazione comprovante il requisito di esperienza;</w:t>
      </w:r>
    </w:p>
    <w:p w14:paraId="37BBFC82" w14:textId="77777777" w:rsidR="00C236FD" w:rsidRDefault="00000000">
      <w:pPr>
        <w:spacing w:after="20"/>
      </w:pPr>
      <w:r>
        <w:rPr>
          <w:sz w:val="18"/>
        </w:rPr>
        <w:t>☐  relazione sulla capacità tecnico-organizzativa;</w:t>
      </w:r>
    </w:p>
    <w:p w14:paraId="41D2D800" w14:textId="77777777" w:rsidR="00C236FD" w:rsidRDefault="00000000">
      <w:pPr>
        <w:spacing w:after="20"/>
      </w:pPr>
      <w:r>
        <w:rPr>
          <w:sz w:val="18"/>
        </w:rPr>
        <w:t>☐  proposta progettuale preliminare;</w:t>
      </w:r>
    </w:p>
    <w:p w14:paraId="50B54A7F" w14:textId="77777777" w:rsidR="00C236FD" w:rsidRDefault="00000000">
      <w:pPr>
        <w:spacing w:after="20"/>
      </w:pPr>
      <w:r>
        <w:rPr>
          <w:sz w:val="18"/>
        </w:rPr>
        <w:t>☐  curricula delle figure professionali chiave, ove già individuate;</w:t>
      </w:r>
    </w:p>
    <w:p w14:paraId="55F7C373" w14:textId="77777777" w:rsidR="00C236FD" w:rsidRDefault="00000000">
      <w:pPr>
        <w:spacing w:after="20"/>
      </w:pPr>
      <w:r>
        <w:rPr>
          <w:sz w:val="18"/>
        </w:rPr>
        <w:t>☐  documentazione relativa alle strutture disponibili o reperibili;</w:t>
      </w:r>
    </w:p>
    <w:p w14:paraId="1D120066" w14:textId="77777777" w:rsidR="00C236FD" w:rsidRDefault="00000000">
      <w:pPr>
        <w:spacing w:after="20"/>
      </w:pPr>
      <w:r>
        <w:rPr>
          <w:sz w:val="18"/>
        </w:rPr>
        <w:t>☐  eventuali dichiarazioni di disponibilità degli immobili;</w:t>
      </w:r>
    </w:p>
    <w:p w14:paraId="56A618ED" w14:textId="77777777" w:rsidR="00C236FD" w:rsidRDefault="00000000">
      <w:pPr>
        <w:spacing w:after="20"/>
      </w:pPr>
      <w:r>
        <w:rPr>
          <w:sz w:val="18"/>
        </w:rPr>
        <w:t>☐  eventuali lettere di intenti/protocolli relativi alla rete territoriale;</w:t>
      </w:r>
    </w:p>
    <w:p w14:paraId="3D172E10" w14:textId="77777777" w:rsidR="00C236FD" w:rsidRDefault="00000000">
      <w:pPr>
        <w:spacing w:after="20"/>
      </w:pPr>
      <w:r>
        <w:rPr>
          <w:sz w:val="18"/>
        </w:rPr>
        <w:t>☐  quadro economico preliminare;</w:t>
      </w:r>
    </w:p>
    <w:p w14:paraId="3D4F0038" w14:textId="77777777" w:rsidR="00C236FD" w:rsidRDefault="00000000">
      <w:pPr>
        <w:spacing w:after="20"/>
      </w:pPr>
      <w:r>
        <w:rPr>
          <w:sz w:val="18"/>
        </w:rPr>
        <w:t>☐  documentazione relativa alle risorse proprie o ulteriori messe a disposizione;</w:t>
      </w:r>
    </w:p>
    <w:p w14:paraId="1AC8271C" w14:textId="77777777" w:rsidR="00C236FD" w:rsidRDefault="00000000">
      <w:pPr>
        <w:spacing w:after="20"/>
      </w:pPr>
      <w:r>
        <w:rPr>
          <w:sz w:val="18"/>
        </w:rPr>
        <w:t>☐  documentazione relativa al raggruppamento, ove prevista;</w:t>
      </w:r>
    </w:p>
    <w:p w14:paraId="0B910A95" w14:textId="77777777" w:rsidR="00C236FD" w:rsidRDefault="00000000">
      <w:pPr>
        <w:spacing w:after="20"/>
      </w:pPr>
      <w:r>
        <w:rPr>
          <w:sz w:val="18"/>
        </w:rPr>
        <w:t>☐  copia del documento di identità del sottoscrittore, ove necessaria ai sensi del D.P.R. n. 445/2000;</w:t>
      </w:r>
    </w:p>
    <w:p w14:paraId="564FAC73" w14:textId="77777777" w:rsidR="00C236FD" w:rsidRDefault="00000000">
      <w:pPr>
        <w:spacing w:after="20"/>
      </w:pPr>
      <w:r>
        <w:rPr>
          <w:sz w:val="18"/>
        </w:rPr>
        <w:t>☐  procura, qualora l’istanza sia sottoscritta da procuratore;</w:t>
      </w:r>
    </w:p>
    <w:p w14:paraId="4997AC11" w14:textId="77777777" w:rsidR="00C236FD" w:rsidRDefault="00000000">
      <w:pPr>
        <w:spacing w:after="20"/>
      </w:pPr>
      <w:r>
        <w:rPr>
          <w:sz w:val="18"/>
        </w:rPr>
        <w:t>☐  altro: ____________________________________________________________.</w:t>
      </w:r>
    </w:p>
    <w:tbl>
      <w:tblPr>
        <w:tblW w:w="0" w:type="auto"/>
        <w:jc w:val="center"/>
        <w:tblLook w:val="04A0" w:firstRow="1" w:lastRow="0" w:firstColumn="1" w:lastColumn="0" w:noHBand="0" w:noVBand="1"/>
      </w:tblPr>
      <w:tblGrid>
        <w:gridCol w:w="10200"/>
      </w:tblGrid>
      <w:tr w:rsidR="00C236FD" w14:paraId="4E518B55"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5AB0DE6B" w14:textId="77777777" w:rsidR="00C236FD" w:rsidRDefault="00000000">
            <w:pPr>
              <w:pStyle w:val="SectionBox"/>
            </w:pPr>
            <w:r>
              <w:rPr>
                <w:sz w:val="18"/>
              </w:rPr>
              <w:t>23. DICHIARAZIONE FINALE</w:t>
            </w:r>
          </w:p>
        </w:tc>
      </w:tr>
    </w:tbl>
    <w:p w14:paraId="295B1B44" w14:textId="77777777" w:rsidR="00C236FD" w:rsidRDefault="00C236FD">
      <w:pPr>
        <w:spacing w:after="0"/>
      </w:pPr>
    </w:p>
    <w:p w14:paraId="2731BBF3" w14:textId="77777777" w:rsidR="00C236FD" w:rsidRDefault="00000000">
      <w:pPr>
        <w:ind w:left="198" w:hanging="198"/>
      </w:pPr>
      <w:r>
        <w:rPr>
          <w:sz w:val="18"/>
        </w:rPr>
        <w:t>Il sottoscritto dichiara che tutte le informazioni contenute nella presente istanza e nella documentazione allegata sono veritiere, complete e aggiornate alla data della sottoscrizione.</w:t>
      </w:r>
    </w:p>
    <w:p w14:paraId="3A040E41" w14:textId="77777777" w:rsidR="00C236FD" w:rsidRDefault="00000000">
      <w:pPr>
        <w:ind w:left="198" w:hanging="198"/>
      </w:pPr>
      <w:r>
        <w:rPr>
          <w:sz w:val="18"/>
        </w:rPr>
        <w:t>Si impegna a comunicare tempestivamente al Comune di Campora qualsiasi variazione che intervenga successivamente alla presentazione della domanda e che possa incidere sul possesso dei requisiti o sulla realizzabilità della proposta.</w:t>
      </w:r>
    </w:p>
    <w:p w14:paraId="48A39733" w14:textId="77777777" w:rsidR="00C236FD" w:rsidRDefault="00000000">
      <w:pPr>
        <w:ind w:left="198" w:hanging="198"/>
      </w:pPr>
      <w:r>
        <w:rPr>
          <w:sz w:val="18"/>
        </w:rPr>
        <w:t>Dichiara di essere consapevole che il venir meno dei requisiti richiesti può comportare l’esclusione dalla procedura, l’interruzione della co-progettazione o, qualora già sottoscritta, l’applicazione delle conseguenze previste dalla convenzione e dalla normativa vigente.</w:t>
      </w:r>
    </w:p>
    <w:tbl>
      <w:tblPr>
        <w:tblW w:w="0" w:type="auto"/>
        <w:jc w:val="center"/>
        <w:tblLayout w:type="fixed"/>
        <w:tblLook w:val="04A0" w:firstRow="1" w:lastRow="0" w:firstColumn="1" w:lastColumn="0" w:noHBand="0" w:noVBand="1"/>
      </w:tblPr>
      <w:tblGrid>
        <w:gridCol w:w="5100"/>
        <w:gridCol w:w="5100"/>
      </w:tblGrid>
      <w:tr w:rsidR="00C236FD" w14:paraId="33F532A5" w14:textId="77777777">
        <w:trPr>
          <w:jc w:val="center"/>
        </w:trPr>
        <w:tc>
          <w:tcPr>
            <w:tcW w:w="5100" w:type="dxa"/>
            <w:tcBorders>
              <w:top w:val="single" w:sz="4" w:space="0" w:color="B7C9DB"/>
              <w:left w:val="single" w:sz="4" w:space="0" w:color="B7C9DB"/>
              <w:bottom w:val="single" w:sz="4" w:space="0" w:color="B7C9DB"/>
              <w:right w:val="single" w:sz="4" w:space="0" w:color="B7C9DB"/>
            </w:tcBorders>
            <w:shd w:val="clear" w:color="auto" w:fill="EAF1F8"/>
            <w:tcMar>
              <w:top w:w="80" w:type="dxa"/>
              <w:left w:w="90" w:type="dxa"/>
              <w:bottom w:w="80" w:type="dxa"/>
              <w:right w:w="90" w:type="dxa"/>
            </w:tcMar>
          </w:tcPr>
          <w:p w14:paraId="46EC5339" w14:textId="77777777" w:rsidR="00C236FD" w:rsidRDefault="00000000">
            <w:r>
              <w:rPr>
                <w:b/>
                <w:sz w:val="17"/>
              </w:rPr>
              <w:t>Luogo</w:t>
            </w:r>
          </w:p>
        </w:tc>
        <w:tc>
          <w:tcPr>
            <w:tcW w:w="5100" w:type="dxa"/>
            <w:tcBorders>
              <w:top w:val="single" w:sz="4" w:space="0" w:color="B7C9DB"/>
              <w:left w:val="single" w:sz="4" w:space="0" w:color="B7C9DB"/>
              <w:bottom w:val="single" w:sz="4" w:space="0" w:color="B7C9DB"/>
              <w:right w:val="single" w:sz="4" w:space="0" w:color="B7C9DB"/>
            </w:tcBorders>
            <w:tcMar>
              <w:top w:w="80" w:type="dxa"/>
              <w:left w:w="90" w:type="dxa"/>
              <w:bottom w:w="80" w:type="dxa"/>
              <w:right w:w="90" w:type="dxa"/>
            </w:tcMar>
          </w:tcPr>
          <w:p w14:paraId="7341876C" w14:textId="77777777" w:rsidR="00C236FD" w:rsidRDefault="00000000">
            <w:r>
              <w:rPr>
                <w:sz w:val="18"/>
              </w:rPr>
              <w:t>________________________________________</w:t>
            </w:r>
          </w:p>
        </w:tc>
      </w:tr>
      <w:tr w:rsidR="00C236FD" w14:paraId="7134B497" w14:textId="77777777">
        <w:trPr>
          <w:jc w:val="center"/>
        </w:trPr>
        <w:tc>
          <w:tcPr>
            <w:tcW w:w="5100" w:type="dxa"/>
            <w:tcBorders>
              <w:top w:val="single" w:sz="4" w:space="0" w:color="B7C9DB"/>
              <w:left w:val="single" w:sz="4" w:space="0" w:color="B7C9DB"/>
              <w:bottom w:val="single" w:sz="4" w:space="0" w:color="B7C9DB"/>
              <w:right w:val="single" w:sz="4" w:space="0" w:color="B7C9DB"/>
            </w:tcBorders>
            <w:shd w:val="clear" w:color="auto" w:fill="EAF1F8"/>
            <w:tcMar>
              <w:top w:w="80" w:type="dxa"/>
              <w:left w:w="90" w:type="dxa"/>
              <w:bottom w:w="80" w:type="dxa"/>
              <w:right w:w="90" w:type="dxa"/>
            </w:tcMar>
          </w:tcPr>
          <w:p w14:paraId="60A4B9E2" w14:textId="77777777" w:rsidR="00C236FD" w:rsidRDefault="00000000">
            <w:r>
              <w:rPr>
                <w:b/>
                <w:sz w:val="17"/>
              </w:rPr>
              <w:t>Data</w:t>
            </w:r>
          </w:p>
        </w:tc>
        <w:tc>
          <w:tcPr>
            <w:tcW w:w="5100" w:type="dxa"/>
            <w:tcBorders>
              <w:top w:val="single" w:sz="4" w:space="0" w:color="B7C9DB"/>
              <w:left w:val="single" w:sz="4" w:space="0" w:color="B7C9DB"/>
              <w:bottom w:val="single" w:sz="4" w:space="0" w:color="B7C9DB"/>
              <w:right w:val="single" w:sz="4" w:space="0" w:color="B7C9DB"/>
            </w:tcBorders>
            <w:tcMar>
              <w:top w:w="80" w:type="dxa"/>
              <w:left w:w="90" w:type="dxa"/>
              <w:bottom w:w="80" w:type="dxa"/>
              <w:right w:w="90" w:type="dxa"/>
            </w:tcMar>
          </w:tcPr>
          <w:p w14:paraId="2A7BFA0E" w14:textId="77777777" w:rsidR="00C236FD" w:rsidRDefault="00000000">
            <w:r>
              <w:rPr>
                <w:sz w:val="18"/>
              </w:rPr>
              <w:t>________________________________________</w:t>
            </w:r>
          </w:p>
        </w:tc>
      </w:tr>
      <w:tr w:rsidR="00C236FD" w14:paraId="6268F006" w14:textId="77777777">
        <w:trPr>
          <w:jc w:val="center"/>
        </w:trPr>
        <w:tc>
          <w:tcPr>
            <w:tcW w:w="5100" w:type="dxa"/>
            <w:tcBorders>
              <w:top w:val="single" w:sz="4" w:space="0" w:color="B7C9DB"/>
              <w:left w:val="single" w:sz="4" w:space="0" w:color="B7C9DB"/>
              <w:bottom w:val="single" w:sz="4" w:space="0" w:color="B7C9DB"/>
              <w:right w:val="single" w:sz="4" w:space="0" w:color="B7C9DB"/>
            </w:tcBorders>
            <w:shd w:val="clear" w:color="auto" w:fill="EAF1F8"/>
            <w:tcMar>
              <w:top w:w="80" w:type="dxa"/>
              <w:left w:w="90" w:type="dxa"/>
              <w:bottom w:w="80" w:type="dxa"/>
              <w:right w:w="90" w:type="dxa"/>
            </w:tcMar>
          </w:tcPr>
          <w:p w14:paraId="0E00E5F7" w14:textId="77777777" w:rsidR="00C236FD" w:rsidRDefault="00000000">
            <w:r>
              <w:rPr>
                <w:b/>
                <w:sz w:val="17"/>
              </w:rPr>
              <w:t>Nome e cognome del legale rappresentante</w:t>
            </w:r>
          </w:p>
        </w:tc>
        <w:tc>
          <w:tcPr>
            <w:tcW w:w="5100" w:type="dxa"/>
            <w:tcBorders>
              <w:top w:val="single" w:sz="4" w:space="0" w:color="B7C9DB"/>
              <w:left w:val="single" w:sz="4" w:space="0" w:color="B7C9DB"/>
              <w:bottom w:val="single" w:sz="4" w:space="0" w:color="B7C9DB"/>
              <w:right w:val="single" w:sz="4" w:space="0" w:color="B7C9DB"/>
            </w:tcBorders>
            <w:tcMar>
              <w:top w:w="80" w:type="dxa"/>
              <w:left w:w="90" w:type="dxa"/>
              <w:bottom w:w="80" w:type="dxa"/>
              <w:right w:w="90" w:type="dxa"/>
            </w:tcMar>
          </w:tcPr>
          <w:p w14:paraId="5382F7CA" w14:textId="77777777" w:rsidR="00C236FD" w:rsidRDefault="00000000">
            <w:r>
              <w:rPr>
                <w:sz w:val="18"/>
              </w:rPr>
              <w:t>________________________________________</w:t>
            </w:r>
          </w:p>
        </w:tc>
      </w:tr>
      <w:tr w:rsidR="00C236FD" w14:paraId="757031B7" w14:textId="77777777">
        <w:trPr>
          <w:jc w:val="center"/>
        </w:trPr>
        <w:tc>
          <w:tcPr>
            <w:tcW w:w="5100" w:type="dxa"/>
            <w:tcBorders>
              <w:top w:val="single" w:sz="4" w:space="0" w:color="B7C9DB"/>
              <w:left w:val="single" w:sz="4" w:space="0" w:color="B7C9DB"/>
              <w:bottom w:val="single" w:sz="4" w:space="0" w:color="B7C9DB"/>
              <w:right w:val="single" w:sz="4" w:space="0" w:color="B7C9DB"/>
            </w:tcBorders>
            <w:shd w:val="clear" w:color="auto" w:fill="EAF1F8"/>
            <w:tcMar>
              <w:top w:w="80" w:type="dxa"/>
              <w:left w:w="90" w:type="dxa"/>
              <w:bottom w:w="80" w:type="dxa"/>
              <w:right w:w="90" w:type="dxa"/>
            </w:tcMar>
          </w:tcPr>
          <w:p w14:paraId="6ECD08BE" w14:textId="77777777" w:rsidR="00C236FD" w:rsidRDefault="00000000">
            <w:r>
              <w:rPr>
                <w:b/>
                <w:sz w:val="17"/>
              </w:rPr>
              <w:t>Firma digitale</w:t>
            </w:r>
          </w:p>
        </w:tc>
        <w:tc>
          <w:tcPr>
            <w:tcW w:w="5100" w:type="dxa"/>
            <w:tcBorders>
              <w:top w:val="single" w:sz="4" w:space="0" w:color="B7C9DB"/>
              <w:left w:val="single" w:sz="4" w:space="0" w:color="B7C9DB"/>
              <w:bottom w:val="single" w:sz="4" w:space="0" w:color="B7C9DB"/>
              <w:right w:val="single" w:sz="4" w:space="0" w:color="B7C9DB"/>
            </w:tcBorders>
            <w:tcMar>
              <w:top w:w="80" w:type="dxa"/>
              <w:left w:w="90" w:type="dxa"/>
              <w:bottom w:w="80" w:type="dxa"/>
              <w:right w:w="90" w:type="dxa"/>
            </w:tcMar>
          </w:tcPr>
          <w:p w14:paraId="4AD556CF" w14:textId="77777777" w:rsidR="00C236FD" w:rsidRDefault="00000000">
            <w:r>
              <w:rPr>
                <w:sz w:val="18"/>
              </w:rPr>
              <w:t>________________________________________</w:t>
            </w:r>
          </w:p>
        </w:tc>
      </w:tr>
    </w:tbl>
    <w:p w14:paraId="6C30369C" w14:textId="77777777" w:rsidR="00C236FD" w:rsidRDefault="00C236FD"/>
    <w:tbl>
      <w:tblPr>
        <w:tblW w:w="0" w:type="auto"/>
        <w:jc w:val="center"/>
        <w:tblLook w:val="04A0" w:firstRow="1" w:lastRow="0" w:firstColumn="1" w:lastColumn="0" w:noHBand="0" w:noVBand="1"/>
      </w:tblPr>
      <w:tblGrid>
        <w:gridCol w:w="10200"/>
      </w:tblGrid>
      <w:tr w:rsidR="00C236FD" w14:paraId="2D97D494"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10ABE5B4" w14:textId="77777777" w:rsidR="00C236FD" w:rsidRDefault="00000000">
            <w:pPr>
              <w:pStyle w:val="SectionBox"/>
            </w:pPr>
            <w:r>
              <w:rPr>
                <w:sz w:val="18"/>
              </w:rPr>
              <w:t>IN CASO DI RAGGRUPPAMENTO NON ANCORA COSTITUITO</w:t>
            </w:r>
          </w:p>
        </w:tc>
      </w:tr>
    </w:tbl>
    <w:p w14:paraId="34C2EF5C" w14:textId="77777777" w:rsidR="00C236FD" w:rsidRDefault="00C236FD">
      <w:pPr>
        <w:spacing w:after="0"/>
      </w:pPr>
    </w:p>
    <w:p w14:paraId="35655BBD" w14:textId="77777777" w:rsidR="00C236FD" w:rsidRDefault="00000000">
      <w:pPr>
        <w:ind w:left="198" w:hanging="198"/>
      </w:pPr>
      <w:r>
        <w:rPr>
          <w:sz w:val="18"/>
        </w:rPr>
        <w:t>La presente istanza e la proposta progettuale sono sottoscritte digitalmente da tutti gli Enti che intendono costituire il raggruppamento.</w:t>
      </w:r>
    </w:p>
    <w:p w14:paraId="0C7D27CC" w14:textId="77777777" w:rsidR="00C236FD" w:rsidRDefault="00000000">
      <w:pPr>
        <w:keepNext/>
      </w:pPr>
      <w:r>
        <w:rPr>
          <w:b/>
          <w:color w:val="1F4E79"/>
          <w:sz w:val="18"/>
        </w:rPr>
        <w:t>Ente capofila</w:t>
      </w:r>
    </w:p>
    <w:tbl>
      <w:tblPr>
        <w:tblW w:w="0" w:type="auto"/>
        <w:jc w:val="center"/>
        <w:tblLayout w:type="fixed"/>
        <w:tblLook w:val="04A0" w:firstRow="1" w:lastRow="0" w:firstColumn="1" w:lastColumn="0" w:noHBand="0" w:noVBand="1"/>
      </w:tblPr>
      <w:tblGrid>
        <w:gridCol w:w="2835"/>
        <w:gridCol w:w="6236"/>
      </w:tblGrid>
      <w:tr w:rsidR="00C236FD" w14:paraId="1234FFC7"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386C712F" w14:textId="77777777" w:rsidR="00C236FD" w:rsidRDefault="00000000">
            <w:r>
              <w:rPr>
                <w:b/>
                <w:sz w:val="17"/>
              </w:rPr>
              <w:t>Denominazione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333EFB21" w14:textId="77777777" w:rsidR="00C236FD" w:rsidRDefault="00000000">
            <w:r>
              <w:rPr>
                <w:sz w:val="18"/>
              </w:rPr>
              <w:t>________________________________________________________________________________</w:t>
            </w:r>
          </w:p>
        </w:tc>
      </w:tr>
      <w:tr w:rsidR="00C236FD" w14:paraId="1B946F20"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16452028" w14:textId="77777777" w:rsidR="00C236FD" w:rsidRDefault="00000000">
            <w:r>
              <w:rPr>
                <w:b/>
                <w:sz w:val="17"/>
              </w:rPr>
              <w:t>Legale rappresentante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74EF4E1C" w14:textId="77777777" w:rsidR="00C236FD" w:rsidRDefault="00000000">
            <w:r>
              <w:rPr>
                <w:sz w:val="18"/>
              </w:rPr>
              <w:t>________________________________________________________________________________</w:t>
            </w:r>
          </w:p>
        </w:tc>
      </w:tr>
      <w:tr w:rsidR="00C236FD" w14:paraId="56D624EC"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2877E848" w14:textId="77777777" w:rsidR="00C236FD" w:rsidRDefault="00000000">
            <w:r>
              <w:rPr>
                <w:b/>
                <w:sz w:val="17"/>
              </w:rPr>
              <w:t>Firma digitale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1B16DAD7" w14:textId="77777777" w:rsidR="00C236FD" w:rsidRDefault="00000000">
            <w:r>
              <w:rPr>
                <w:sz w:val="18"/>
              </w:rPr>
              <w:t>________________________________________________________________________________</w:t>
            </w:r>
          </w:p>
        </w:tc>
      </w:tr>
    </w:tbl>
    <w:p w14:paraId="70536220" w14:textId="77777777" w:rsidR="00C236FD" w:rsidRDefault="00C236FD">
      <w:pPr>
        <w:spacing w:after="20"/>
      </w:pPr>
    </w:p>
    <w:p w14:paraId="49E85126" w14:textId="77777777" w:rsidR="00C236FD" w:rsidRDefault="00000000">
      <w:pPr>
        <w:keepNext/>
      </w:pPr>
      <w:r>
        <w:rPr>
          <w:b/>
          <w:color w:val="1F4E79"/>
          <w:sz w:val="18"/>
        </w:rPr>
        <w:lastRenderedPageBreak/>
        <w:t>Componente n. 2</w:t>
      </w:r>
    </w:p>
    <w:tbl>
      <w:tblPr>
        <w:tblW w:w="0" w:type="auto"/>
        <w:jc w:val="center"/>
        <w:tblLayout w:type="fixed"/>
        <w:tblLook w:val="04A0" w:firstRow="1" w:lastRow="0" w:firstColumn="1" w:lastColumn="0" w:noHBand="0" w:noVBand="1"/>
      </w:tblPr>
      <w:tblGrid>
        <w:gridCol w:w="2835"/>
        <w:gridCol w:w="6236"/>
      </w:tblGrid>
      <w:tr w:rsidR="00C236FD" w14:paraId="1500CAD2"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707DEB74" w14:textId="77777777" w:rsidR="00C236FD" w:rsidRDefault="00000000">
            <w:r>
              <w:rPr>
                <w:b/>
                <w:sz w:val="17"/>
              </w:rPr>
              <w:t>Denominazione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29BEBA60" w14:textId="77777777" w:rsidR="00C236FD" w:rsidRDefault="00000000">
            <w:r>
              <w:rPr>
                <w:sz w:val="18"/>
              </w:rPr>
              <w:t>________________________________________________________________________________</w:t>
            </w:r>
          </w:p>
        </w:tc>
      </w:tr>
      <w:tr w:rsidR="00C236FD" w14:paraId="2A04F2A2"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5A719AE0" w14:textId="77777777" w:rsidR="00C236FD" w:rsidRDefault="00000000">
            <w:r>
              <w:rPr>
                <w:b/>
                <w:sz w:val="17"/>
              </w:rPr>
              <w:t>Legale rappresentante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534F733E" w14:textId="77777777" w:rsidR="00C236FD" w:rsidRDefault="00000000">
            <w:r>
              <w:rPr>
                <w:sz w:val="18"/>
              </w:rPr>
              <w:t>________________________________________________________________________________</w:t>
            </w:r>
          </w:p>
        </w:tc>
      </w:tr>
      <w:tr w:rsidR="00C236FD" w14:paraId="19B7E016"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1ADCF3EA" w14:textId="77777777" w:rsidR="00C236FD" w:rsidRDefault="00000000">
            <w:r>
              <w:rPr>
                <w:b/>
                <w:sz w:val="17"/>
              </w:rPr>
              <w:t>Firma digitale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2986214A" w14:textId="77777777" w:rsidR="00C236FD" w:rsidRDefault="00000000">
            <w:r>
              <w:rPr>
                <w:sz w:val="18"/>
              </w:rPr>
              <w:t>________________________________________________________________________________</w:t>
            </w:r>
          </w:p>
        </w:tc>
      </w:tr>
    </w:tbl>
    <w:p w14:paraId="3E1C7B6B" w14:textId="77777777" w:rsidR="00C236FD" w:rsidRDefault="00C236FD">
      <w:pPr>
        <w:spacing w:after="20"/>
      </w:pPr>
    </w:p>
    <w:p w14:paraId="65B78006" w14:textId="77777777" w:rsidR="00C236FD" w:rsidRDefault="00000000">
      <w:pPr>
        <w:keepNext/>
      </w:pPr>
      <w:r>
        <w:rPr>
          <w:b/>
          <w:color w:val="1F4E79"/>
          <w:sz w:val="18"/>
        </w:rPr>
        <w:t>Componente n. 3</w:t>
      </w:r>
    </w:p>
    <w:tbl>
      <w:tblPr>
        <w:tblW w:w="0" w:type="auto"/>
        <w:jc w:val="center"/>
        <w:tblLayout w:type="fixed"/>
        <w:tblLook w:val="04A0" w:firstRow="1" w:lastRow="0" w:firstColumn="1" w:lastColumn="0" w:noHBand="0" w:noVBand="1"/>
      </w:tblPr>
      <w:tblGrid>
        <w:gridCol w:w="2835"/>
        <w:gridCol w:w="6236"/>
      </w:tblGrid>
      <w:tr w:rsidR="00C236FD" w14:paraId="5341544D"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4BB7634F" w14:textId="77777777" w:rsidR="00C236FD" w:rsidRDefault="00000000">
            <w:r>
              <w:rPr>
                <w:b/>
                <w:sz w:val="17"/>
              </w:rPr>
              <w:t>Denominazione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5569B493" w14:textId="77777777" w:rsidR="00C236FD" w:rsidRDefault="00000000">
            <w:r>
              <w:rPr>
                <w:sz w:val="18"/>
              </w:rPr>
              <w:t>________________________________________________________________________________</w:t>
            </w:r>
          </w:p>
        </w:tc>
      </w:tr>
      <w:tr w:rsidR="00C236FD" w14:paraId="0590FE92"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0C4BF334" w14:textId="77777777" w:rsidR="00C236FD" w:rsidRDefault="00000000">
            <w:r>
              <w:rPr>
                <w:b/>
                <w:sz w:val="17"/>
              </w:rPr>
              <w:t>Legale rappresentante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58BDD493" w14:textId="77777777" w:rsidR="00C236FD" w:rsidRDefault="00000000">
            <w:r>
              <w:rPr>
                <w:sz w:val="18"/>
              </w:rPr>
              <w:t>________________________________________________________________________________</w:t>
            </w:r>
          </w:p>
        </w:tc>
      </w:tr>
      <w:tr w:rsidR="00C236FD" w14:paraId="59F60A58"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2682E17C" w14:textId="77777777" w:rsidR="00C236FD" w:rsidRDefault="00000000">
            <w:r>
              <w:rPr>
                <w:b/>
                <w:sz w:val="17"/>
              </w:rPr>
              <w:t>Firma digitale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06111F9A" w14:textId="77777777" w:rsidR="00C236FD" w:rsidRDefault="00000000">
            <w:r>
              <w:rPr>
                <w:sz w:val="18"/>
              </w:rPr>
              <w:t>________________________________________________________________________________</w:t>
            </w:r>
          </w:p>
        </w:tc>
      </w:tr>
    </w:tbl>
    <w:p w14:paraId="4EF7C309" w14:textId="77777777" w:rsidR="00C236FD" w:rsidRDefault="00C236FD">
      <w:pPr>
        <w:spacing w:after="20"/>
      </w:pPr>
    </w:p>
    <w:p w14:paraId="12020DC8" w14:textId="77777777" w:rsidR="00C236FD" w:rsidRDefault="00000000">
      <w:pPr>
        <w:keepNext/>
      </w:pPr>
      <w:r>
        <w:rPr>
          <w:b/>
          <w:color w:val="1F4E79"/>
          <w:sz w:val="18"/>
        </w:rPr>
        <w:t>Componente n. 4</w:t>
      </w:r>
    </w:p>
    <w:tbl>
      <w:tblPr>
        <w:tblW w:w="0" w:type="auto"/>
        <w:jc w:val="center"/>
        <w:tblLayout w:type="fixed"/>
        <w:tblLook w:val="04A0" w:firstRow="1" w:lastRow="0" w:firstColumn="1" w:lastColumn="0" w:noHBand="0" w:noVBand="1"/>
      </w:tblPr>
      <w:tblGrid>
        <w:gridCol w:w="2835"/>
        <w:gridCol w:w="6236"/>
      </w:tblGrid>
      <w:tr w:rsidR="00C236FD" w14:paraId="0ECCA83C"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73D77F81" w14:textId="77777777" w:rsidR="00C236FD" w:rsidRDefault="00000000">
            <w:r>
              <w:rPr>
                <w:b/>
                <w:sz w:val="17"/>
              </w:rPr>
              <w:t>Denominazione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2D436D81" w14:textId="77777777" w:rsidR="00C236FD" w:rsidRDefault="00000000">
            <w:r>
              <w:rPr>
                <w:sz w:val="18"/>
              </w:rPr>
              <w:t>________________________________________________________________________________</w:t>
            </w:r>
          </w:p>
        </w:tc>
      </w:tr>
      <w:tr w:rsidR="00C236FD" w14:paraId="3C5A2CF4"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5C5ECC61" w14:textId="77777777" w:rsidR="00C236FD" w:rsidRDefault="00000000">
            <w:r>
              <w:rPr>
                <w:b/>
                <w:sz w:val="17"/>
              </w:rPr>
              <w:t>Legale rappresentante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3BD38320" w14:textId="77777777" w:rsidR="00C236FD" w:rsidRDefault="00000000">
            <w:r>
              <w:rPr>
                <w:sz w:val="18"/>
              </w:rPr>
              <w:t>________________________________________________________________________________</w:t>
            </w:r>
          </w:p>
        </w:tc>
      </w:tr>
      <w:tr w:rsidR="00C236FD" w14:paraId="428D87F4" w14:textId="77777777">
        <w:trPr>
          <w:cantSplit/>
          <w:jc w:val="center"/>
        </w:trPr>
        <w:tc>
          <w:tcPr>
            <w:tcW w:w="2835" w:type="dxa"/>
            <w:tcBorders>
              <w:top w:val="single" w:sz="4" w:space="0" w:color="B7C9DB"/>
              <w:left w:val="single" w:sz="4" w:space="0" w:color="B7C9DB"/>
              <w:bottom w:val="single" w:sz="4" w:space="0" w:color="B7C9DB"/>
              <w:right w:val="single" w:sz="4" w:space="0" w:color="B7C9DB"/>
            </w:tcBorders>
            <w:shd w:val="clear" w:color="auto" w:fill="EAF1F8"/>
            <w:tcMar>
              <w:top w:w="65" w:type="dxa"/>
              <w:left w:w="85" w:type="dxa"/>
              <w:bottom w:w="65" w:type="dxa"/>
              <w:right w:w="85" w:type="dxa"/>
            </w:tcMar>
            <w:vAlign w:val="center"/>
          </w:tcPr>
          <w:p w14:paraId="6A7B6DAC" w14:textId="77777777" w:rsidR="00C236FD" w:rsidRDefault="00000000">
            <w:r>
              <w:rPr>
                <w:b/>
                <w:sz w:val="17"/>
              </w:rPr>
              <w:t>Firma digitale</w:t>
            </w:r>
          </w:p>
        </w:tc>
        <w:tc>
          <w:tcPr>
            <w:tcW w:w="6236" w:type="dxa"/>
            <w:tcBorders>
              <w:top w:val="single" w:sz="4" w:space="0" w:color="B7C9DB"/>
              <w:left w:val="single" w:sz="4" w:space="0" w:color="B7C9DB"/>
              <w:bottom w:val="single" w:sz="4" w:space="0" w:color="B7C9DB"/>
              <w:right w:val="single" w:sz="4" w:space="0" w:color="B7C9DB"/>
            </w:tcBorders>
            <w:tcMar>
              <w:top w:w="65" w:type="dxa"/>
              <w:left w:w="85" w:type="dxa"/>
              <w:bottom w:w="65" w:type="dxa"/>
              <w:right w:w="85" w:type="dxa"/>
            </w:tcMar>
            <w:vAlign w:val="center"/>
          </w:tcPr>
          <w:p w14:paraId="1C2B41F1" w14:textId="77777777" w:rsidR="00C236FD" w:rsidRDefault="00000000">
            <w:r>
              <w:rPr>
                <w:sz w:val="18"/>
              </w:rPr>
              <w:t>________________________________________________________________________________</w:t>
            </w:r>
          </w:p>
        </w:tc>
      </w:tr>
    </w:tbl>
    <w:p w14:paraId="4AA56778" w14:textId="77777777" w:rsidR="00C236FD" w:rsidRDefault="00C236FD">
      <w:pPr>
        <w:spacing w:after="20"/>
      </w:pPr>
    </w:p>
    <w:tbl>
      <w:tblPr>
        <w:tblW w:w="0" w:type="auto"/>
        <w:jc w:val="center"/>
        <w:tblLook w:val="04A0" w:firstRow="1" w:lastRow="0" w:firstColumn="1" w:lastColumn="0" w:noHBand="0" w:noVBand="1"/>
      </w:tblPr>
      <w:tblGrid>
        <w:gridCol w:w="10200"/>
      </w:tblGrid>
      <w:tr w:rsidR="00C236FD" w14:paraId="19CF3FE6" w14:textId="77777777">
        <w:trPr>
          <w:jc w:val="center"/>
        </w:trPr>
        <w:tc>
          <w:tcPr>
            <w:tcW w:w="10200" w:type="dxa"/>
            <w:tcBorders>
              <w:top w:val="single" w:sz="8" w:space="0" w:color="1F4E79"/>
              <w:left w:val="single" w:sz="8" w:space="0" w:color="1F4E79"/>
              <w:bottom w:val="single" w:sz="8" w:space="0" w:color="1F4E79"/>
              <w:right w:val="single" w:sz="8" w:space="0" w:color="1F4E79"/>
            </w:tcBorders>
            <w:shd w:val="clear" w:color="auto" w:fill="1F4E79"/>
            <w:tcMar>
              <w:top w:w="70" w:type="dxa"/>
              <w:left w:w="100" w:type="dxa"/>
              <w:bottom w:w="70" w:type="dxa"/>
              <w:right w:w="100" w:type="dxa"/>
            </w:tcMar>
          </w:tcPr>
          <w:p w14:paraId="467F398A" w14:textId="77777777" w:rsidR="00C236FD" w:rsidRDefault="00000000">
            <w:pPr>
              <w:pStyle w:val="SectionBox"/>
            </w:pPr>
            <w:r>
              <w:rPr>
                <w:sz w:val="18"/>
              </w:rPr>
              <w:t>AVVERTENZA PER I RAGGRUPPAMENTI</w:t>
            </w:r>
          </w:p>
        </w:tc>
      </w:tr>
    </w:tbl>
    <w:p w14:paraId="3ED30916" w14:textId="77777777" w:rsidR="00C236FD" w:rsidRDefault="00C236FD">
      <w:pPr>
        <w:spacing w:after="0"/>
      </w:pPr>
    </w:p>
    <w:tbl>
      <w:tblPr>
        <w:tblW w:w="0" w:type="auto"/>
        <w:jc w:val="center"/>
        <w:tblLook w:val="04A0" w:firstRow="1" w:lastRow="0" w:firstColumn="1" w:lastColumn="0" w:noHBand="0" w:noVBand="1"/>
      </w:tblPr>
      <w:tblGrid>
        <w:gridCol w:w="10200"/>
      </w:tblGrid>
      <w:tr w:rsidR="00C236FD" w14:paraId="2CB72C5F" w14:textId="77777777">
        <w:trPr>
          <w:jc w:val="center"/>
        </w:trPr>
        <w:tc>
          <w:tcPr>
            <w:tcW w:w="10200" w:type="dxa"/>
            <w:tcBorders>
              <w:top w:val="single" w:sz="10" w:space="0" w:color="1F4E79"/>
              <w:left w:val="single" w:sz="10" w:space="0" w:color="1F4E79"/>
              <w:bottom w:val="single" w:sz="10" w:space="0" w:color="1F4E79"/>
              <w:right w:val="single" w:sz="10" w:space="0" w:color="1F4E79"/>
            </w:tcBorders>
            <w:shd w:val="clear" w:color="auto" w:fill="EAF1F8"/>
            <w:tcMar>
              <w:top w:w="120" w:type="dxa"/>
              <w:left w:w="140" w:type="dxa"/>
              <w:bottom w:w="120" w:type="dxa"/>
              <w:right w:w="140" w:type="dxa"/>
            </w:tcMar>
          </w:tcPr>
          <w:p w14:paraId="4110631D" w14:textId="77777777" w:rsidR="00C236FD" w:rsidRDefault="00000000">
            <w:pPr>
              <w:spacing w:after="0"/>
            </w:pPr>
            <w:r>
              <w:rPr>
                <w:sz w:val="18"/>
              </w:rPr>
              <w:t>In caso di partecipazione in forma associata, ciascun componente dovrà rendere autonomamente le dichiarazioni relative alla propria natura giuridica, iscrizione al RUNTS o altro registro competente, requisiti generali, regolarità fiscale e contributiva, antimafia, assenza di cause ostative e soggetti muniti di poteri di rappresentanza. I requisiti tecnico-organizzativi e di esperienza saranno verificati secondo le modalità stabilite dall’Avviso pubblico e tenuto conto delle attività concretamente assunte da ciascun componente.</w:t>
            </w:r>
          </w:p>
        </w:tc>
      </w:tr>
    </w:tbl>
    <w:p w14:paraId="0A2E1461" w14:textId="77777777" w:rsidR="00C236FD" w:rsidRDefault="00C236FD">
      <w:pPr>
        <w:spacing w:after="20"/>
      </w:pPr>
    </w:p>
    <w:p w14:paraId="24D074E1" w14:textId="77777777" w:rsidR="00C236FD" w:rsidRDefault="00000000">
      <w:pPr>
        <w:spacing w:before="120"/>
        <w:jc w:val="center"/>
      </w:pPr>
      <w:r>
        <w:rPr>
          <w:b/>
          <w:color w:val="595959"/>
          <w:sz w:val="17"/>
        </w:rPr>
        <w:t>Documento da sottoscrivere digitalmente.</w:t>
      </w:r>
    </w:p>
    <w:sectPr w:rsidR="00C236FD" w:rsidSect="00034616">
      <w:headerReference w:type="default" r:id="rId8"/>
      <w:footerReference w:type="default" r:id="rId9"/>
      <w:pgSz w:w="12240" w:h="15840"/>
      <w:pgMar w:top="964" w:right="1020" w:bottom="964" w:left="102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D495D" w14:textId="77777777" w:rsidR="00EE6FB7" w:rsidRDefault="00EE6FB7">
      <w:pPr>
        <w:spacing w:after="0" w:line="240" w:lineRule="auto"/>
      </w:pPr>
      <w:r>
        <w:separator/>
      </w:r>
    </w:p>
  </w:endnote>
  <w:endnote w:type="continuationSeparator" w:id="0">
    <w:p w14:paraId="77A477AB" w14:textId="77777777" w:rsidR="00EE6FB7" w:rsidRDefault="00EE6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A5A6B" w14:textId="77777777" w:rsidR="00C236FD" w:rsidRDefault="00000000">
    <w:pPr>
      <w:pStyle w:val="Pidipagina"/>
    </w:pPr>
    <w:proofErr w:type="spellStart"/>
    <w:r>
      <w:rPr>
        <w:color w:val="6E6E6E"/>
        <w:sz w:val="15"/>
      </w:rPr>
      <w:t>Allegato</w:t>
    </w:r>
    <w:proofErr w:type="spellEnd"/>
    <w:r>
      <w:rPr>
        <w:color w:val="6E6E6E"/>
        <w:sz w:val="15"/>
      </w:rPr>
      <w:t xml:space="preserve"> B – </w:t>
    </w:r>
    <w:proofErr w:type="spellStart"/>
    <w:r>
      <w:rPr>
        <w:color w:val="6E6E6E"/>
        <w:sz w:val="15"/>
      </w:rPr>
      <w:t>Istanza</w:t>
    </w:r>
    <w:proofErr w:type="spellEnd"/>
    <w:r>
      <w:rPr>
        <w:color w:val="6E6E6E"/>
        <w:sz w:val="15"/>
      </w:rPr>
      <w:t xml:space="preserve"> di </w:t>
    </w:r>
    <w:proofErr w:type="spellStart"/>
    <w:r>
      <w:rPr>
        <w:color w:val="6E6E6E"/>
        <w:sz w:val="15"/>
      </w:rPr>
      <w:t>partecipazione</w:t>
    </w:r>
    <w:proofErr w:type="spellEnd"/>
    <w:r>
      <w:rPr>
        <w:color w:val="6E6E6E"/>
        <w:sz w:val="15"/>
      </w:rPr>
      <w:t xml:space="preserve"> e </w:t>
    </w:r>
    <w:proofErr w:type="spellStart"/>
    <w:r>
      <w:rPr>
        <w:color w:val="6E6E6E"/>
        <w:sz w:val="15"/>
      </w:rPr>
      <w:t>dichiarazioni</w:t>
    </w:r>
    <w:proofErr w:type="spellEnd"/>
    <w:r>
      <w:rPr>
        <w:color w:val="6E6E6E"/>
        <w:sz w:val="15"/>
      </w:rPr>
      <w:t xml:space="preserve"> </w:t>
    </w:r>
    <w:proofErr w:type="spellStart"/>
    <w:r>
      <w:rPr>
        <w:color w:val="6E6E6E"/>
        <w:sz w:val="15"/>
      </w:rPr>
      <w:t>sostitutive</w:t>
    </w:r>
    <w:proofErr w:type="spellEnd"/>
  </w:p>
  <w:p w14:paraId="3FBBB647" w14:textId="77777777" w:rsidR="00C236FD" w:rsidRDefault="00000000">
    <w:pPr>
      <w:jc w:val="right"/>
    </w:pPr>
    <w:r>
      <w:rPr>
        <w:sz w:val="16"/>
      </w:rPr>
      <w:t xml:space="preserve">Pag. </w:t>
    </w:r>
    <w:r>
      <w:fldChar w:fldCharType="begin"/>
    </w:r>
    <w:r>
      <w:instrText>PAGE</w:instrText>
    </w:r>
    <w:r>
      <w:fldChar w:fldCharType="separate"/>
    </w:r>
    <w:r w:rsidR="002E0AE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32A15" w14:textId="77777777" w:rsidR="00EE6FB7" w:rsidRDefault="00EE6FB7">
      <w:pPr>
        <w:spacing w:after="0" w:line="240" w:lineRule="auto"/>
      </w:pPr>
      <w:r>
        <w:separator/>
      </w:r>
    </w:p>
  </w:footnote>
  <w:footnote w:type="continuationSeparator" w:id="0">
    <w:p w14:paraId="18660EFF" w14:textId="77777777" w:rsidR="00EE6FB7" w:rsidRDefault="00EE6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2F2BE" w14:textId="77777777" w:rsidR="00C236FD" w:rsidRDefault="00000000">
    <w:pPr>
      <w:pStyle w:val="Intestazione"/>
      <w:jc w:val="center"/>
    </w:pPr>
    <w:r>
      <w:rPr>
        <w:b/>
        <w:color w:val="595959"/>
        <w:sz w:val="17"/>
      </w:rPr>
      <w:t xml:space="preserve">COMUNE DI </w:t>
    </w:r>
    <w:proofErr w:type="gramStart"/>
    <w:r>
      <w:rPr>
        <w:b/>
        <w:color w:val="595959"/>
        <w:sz w:val="17"/>
      </w:rPr>
      <w:t>CAMPORA  •</w:t>
    </w:r>
    <w:proofErr w:type="gramEnd"/>
    <w:r>
      <w:rPr>
        <w:b/>
        <w:color w:val="595959"/>
        <w:sz w:val="17"/>
      </w:rPr>
      <w:t xml:space="preserve">  Provincia di Salerno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134397923">
    <w:abstractNumId w:val="8"/>
  </w:num>
  <w:num w:numId="2" w16cid:durableId="770202580">
    <w:abstractNumId w:val="6"/>
  </w:num>
  <w:num w:numId="3" w16cid:durableId="1823694772">
    <w:abstractNumId w:val="5"/>
  </w:num>
  <w:num w:numId="4" w16cid:durableId="2041124011">
    <w:abstractNumId w:val="4"/>
  </w:num>
  <w:num w:numId="5" w16cid:durableId="2043630069">
    <w:abstractNumId w:val="7"/>
  </w:num>
  <w:num w:numId="6" w16cid:durableId="1058086230">
    <w:abstractNumId w:val="3"/>
  </w:num>
  <w:num w:numId="7" w16cid:durableId="74476391">
    <w:abstractNumId w:val="2"/>
  </w:num>
  <w:num w:numId="8" w16cid:durableId="577981670">
    <w:abstractNumId w:val="1"/>
  </w:num>
  <w:num w:numId="9" w16cid:durableId="981545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0AE2"/>
    <w:rsid w:val="00326F90"/>
    <w:rsid w:val="008766D4"/>
    <w:rsid w:val="00AA1D8D"/>
    <w:rsid w:val="00B47730"/>
    <w:rsid w:val="00C147C9"/>
    <w:rsid w:val="00C236FD"/>
    <w:rsid w:val="00CB0664"/>
    <w:rsid w:val="00EE6F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3CF61F"/>
  <w14:defaultImageDpi w14:val="300"/>
  <w15:docId w15:val="{F3511EB9-D83D-49A9-8E75-F94AC3EC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40" w:line="247" w:lineRule="auto"/>
    </w:pPr>
    <w:rPr>
      <w:rFonts w:ascii="Arial" w:hAnsi="Arial"/>
      <w:sz w:val="19"/>
    </w:rPr>
  </w:style>
  <w:style w:type="paragraph" w:styleId="Titolo1">
    <w:name w:val="heading 1"/>
    <w:basedOn w:val="Normale"/>
    <w:next w:val="Normale"/>
    <w:link w:val="Titolo1Carattere"/>
    <w:uiPriority w:val="9"/>
    <w:qFormat/>
    <w:rsid w:val="00FC693F"/>
    <w:pPr>
      <w:keepNext/>
      <w:keepLines/>
      <w:spacing w:before="120" w:after="80"/>
      <w:outlineLvl w:val="0"/>
    </w:pPr>
    <w:rPr>
      <w:rFonts w:asciiTheme="majorHAnsi" w:eastAsiaTheme="majorEastAsia" w:hAnsiTheme="majorHAnsi" w:cstheme="majorBidi"/>
      <w:b/>
      <w:bCs/>
      <w:color w:val="1F4E79"/>
      <w:sz w:val="22"/>
      <w:szCs w:val="28"/>
    </w:rPr>
  </w:style>
  <w:style w:type="paragraph" w:styleId="Titolo2">
    <w:name w:val="heading 2"/>
    <w:basedOn w:val="Normale"/>
    <w:next w:val="Normale"/>
    <w:link w:val="Titolo2Carattere"/>
    <w:uiPriority w:val="9"/>
    <w:unhideWhenUsed/>
    <w:qFormat/>
    <w:rsid w:val="00FC693F"/>
    <w:pPr>
      <w:keepNext/>
      <w:keepLines/>
      <w:spacing w:before="120" w:after="80"/>
      <w:outlineLvl w:val="1"/>
    </w:pPr>
    <w:rPr>
      <w:rFonts w:asciiTheme="majorHAnsi" w:eastAsiaTheme="majorEastAsia" w:hAnsiTheme="majorHAnsi" w:cstheme="majorBidi"/>
      <w:b/>
      <w:bCs/>
      <w:color w:val="1F4E79"/>
      <w:sz w:val="20"/>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before="120" w:after="80" w:line="240" w:lineRule="auto"/>
      <w:contextualSpacing/>
    </w:pPr>
    <w:rPr>
      <w:rFonts w:asciiTheme="majorHAnsi" w:eastAsiaTheme="majorEastAsia" w:hAnsiTheme="majorHAnsi" w:cstheme="majorBidi"/>
      <w:b/>
      <w:color w:val="1F4E79"/>
      <w:spacing w:val="5"/>
      <w:kern w:val="28"/>
      <w:sz w:val="3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ectionBox">
    <w:name w:val="SectionBox"/>
    <w:pPr>
      <w:spacing w:after="0"/>
    </w:pPr>
    <w:rPr>
      <w:rFonts w:ascii="Arial" w:hAnsi="Arial"/>
      <w:b/>
      <w:color w:val="FFFFFF"/>
      <w:sz w:val="21"/>
    </w:rPr>
  </w:style>
  <w:style w:type="paragraph" w:customStyle="1" w:styleId="Small">
    <w:name w:val="Small"/>
    <w:pPr>
      <w:spacing w:after="20"/>
    </w:pPr>
    <w:rPr>
      <w:rFonts w:ascii="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4061</Words>
  <Characters>23149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B - Istanza di partecipazione e dichiarazioni sostitutive - Co-progettazione SAI 2026</dc:title>
  <dc:subject>Comune di Campora - SAI 2026</dc:subject>
  <dc:creator>Comune di Campora</dc:creator>
  <cp:keywords/>
  <dc:description>generated by python-docx</dc:description>
  <cp:lastModifiedBy>Luca Brando</cp:lastModifiedBy>
  <cp:revision>3</cp:revision>
  <cp:lastPrinted>2026-09-29T11:28:00Z</cp:lastPrinted>
  <dcterms:created xsi:type="dcterms:W3CDTF">2013-12-23T23:15:00Z</dcterms:created>
  <dcterms:modified xsi:type="dcterms:W3CDTF">2026-09-29T11:36:00Z</dcterms:modified>
  <cp:category/>
</cp:coreProperties>
</file>